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0EC28" w14:textId="77777777" w:rsidR="00B16392" w:rsidRDefault="00B16392" w:rsidP="00B16392">
      <w:pPr>
        <w:jc w:val="center"/>
        <w:rPr>
          <w:sz w:val="36"/>
          <w:szCs w:val="36"/>
          <w:lang w:eastAsia="zh-TW"/>
        </w:rPr>
      </w:pPr>
      <w:r w:rsidRPr="00B16392">
        <w:rPr>
          <w:rFonts w:hint="eastAsia"/>
          <w:sz w:val="36"/>
          <w:szCs w:val="36"/>
          <w:lang w:eastAsia="zh-TW"/>
        </w:rPr>
        <w:t>1</w:t>
      </w:r>
      <w:r w:rsidRPr="00B16392">
        <w:rPr>
          <w:sz w:val="36"/>
          <w:szCs w:val="36"/>
          <w:lang w:eastAsia="zh-TW"/>
        </w:rPr>
        <w:t>15</w:t>
      </w:r>
      <w:r w:rsidRPr="00B16392">
        <w:rPr>
          <w:rFonts w:hint="eastAsia"/>
          <w:sz w:val="36"/>
          <w:szCs w:val="36"/>
          <w:lang w:eastAsia="zh-TW"/>
        </w:rPr>
        <w:t xml:space="preserve">學年度第一學期 高一彈性課程 </w:t>
      </w:r>
    </w:p>
    <w:p w14:paraId="1DE894BA" w14:textId="2665E5FB" w:rsidR="00B16392" w:rsidRDefault="00B16392" w:rsidP="00B16392">
      <w:pPr>
        <w:jc w:val="center"/>
        <w:rPr>
          <w:sz w:val="36"/>
          <w:szCs w:val="36"/>
          <w:lang w:eastAsia="zh-TW"/>
        </w:rPr>
      </w:pPr>
      <w:r w:rsidRPr="00B16392">
        <w:rPr>
          <w:rFonts w:hint="eastAsia"/>
          <w:sz w:val="36"/>
          <w:szCs w:val="36"/>
          <w:lang w:eastAsia="zh-TW"/>
        </w:rPr>
        <w:t>課程規劃</w:t>
      </w:r>
    </w:p>
    <w:p w14:paraId="791B8E04" w14:textId="77777777" w:rsidR="00F93E65" w:rsidRPr="00F93E65" w:rsidRDefault="00F93E65" w:rsidP="00F93E65">
      <w:pPr>
        <w:pStyle w:val="21"/>
        <w:spacing w:before="0"/>
        <w:rPr>
          <w:rFonts w:ascii="標楷體" w:eastAsia="標楷體" w:hAnsi="標楷體"/>
          <w:lang w:eastAsia="zh-TW"/>
        </w:rPr>
      </w:pPr>
      <w:r w:rsidRPr="00F93E65">
        <w:rPr>
          <w:rFonts w:ascii="標楷體" w:eastAsia="標楷體" w:hAnsi="標楷體"/>
          <w:lang w:eastAsia="zh-TW"/>
        </w:rPr>
        <w:t>課程及選課</w:t>
      </w:r>
      <w:r w:rsidRPr="00F93E65">
        <w:rPr>
          <w:rFonts w:ascii="標楷體" w:eastAsia="標楷體" w:hAnsi="標楷體" w:cs="微軟正黑體" w:hint="eastAsia"/>
          <w:lang w:eastAsia="zh-TW"/>
        </w:rPr>
        <w:t>說</w:t>
      </w:r>
      <w:r w:rsidRPr="00F93E65">
        <w:rPr>
          <w:rFonts w:ascii="標楷體" w:eastAsia="標楷體" w:hAnsi="標楷體" w:cs="MS Gothic" w:hint="eastAsia"/>
          <w:lang w:eastAsia="zh-TW"/>
        </w:rPr>
        <w:t>明</w:t>
      </w:r>
    </w:p>
    <w:p w14:paraId="312428B0" w14:textId="77777777" w:rsidR="00F93E65" w:rsidRPr="00F93E65" w:rsidRDefault="00F93E65" w:rsidP="00F93E65">
      <w:pPr>
        <w:pStyle w:val="31"/>
        <w:spacing w:before="0"/>
        <w:rPr>
          <w:rFonts w:ascii="標楷體" w:eastAsia="標楷體" w:hAnsi="標楷體"/>
          <w:lang w:eastAsia="zh-TW"/>
        </w:rPr>
      </w:pPr>
      <w:r w:rsidRPr="00F93E65">
        <w:rPr>
          <w:rFonts w:ascii="標楷體" w:eastAsia="標楷體" w:hAnsi="標楷體"/>
          <w:lang w:eastAsia="zh-TW"/>
        </w:rPr>
        <w:t>一、高一彈性課程安排</w:t>
      </w:r>
    </w:p>
    <w:p w14:paraId="5339BDE1" w14:textId="77777777" w:rsidR="00F93E65" w:rsidRPr="00F93E65" w:rsidRDefault="00F93E65" w:rsidP="00F93E65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F93E65">
        <w:rPr>
          <w:rFonts w:ascii="標楷體" w:eastAsia="標楷體" w:hAnsi="標楷體"/>
        </w:rPr>
        <w:t>本學期高一彈性課程包含以下三種類型：</w:t>
      </w:r>
    </w:p>
    <w:p w14:paraId="693647B0" w14:textId="77777777" w:rsidR="00F93E65" w:rsidRPr="00F93E65" w:rsidRDefault="00F93E65" w:rsidP="00F93E65">
      <w:pPr>
        <w:pStyle w:val="Web"/>
        <w:spacing w:before="0" w:beforeAutospacing="0" w:after="0" w:afterAutospacing="0"/>
        <w:ind w:leftChars="100" w:left="240"/>
        <w:rPr>
          <w:rFonts w:ascii="標楷體" w:eastAsia="標楷體" w:hAnsi="標楷體"/>
        </w:rPr>
      </w:pPr>
      <w:r w:rsidRPr="00F93E65">
        <w:rPr>
          <w:rStyle w:val="af8"/>
          <w:rFonts w:ascii="標楷體" w:eastAsia="標楷體" w:hAnsi="標楷體"/>
        </w:rPr>
        <w:t>1. 微課程</w:t>
      </w:r>
      <w:r w:rsidRPr="00F93E65">
        <w:rPr>
          <w:rFonts w:ascii="標楷體" w:eastAsia="標楷體" w:hAnsi="標楷體"/>
        </w:rPr>
        <w:br/>
      </w:r>
      <w:proofErr w:type="gramStart"/>
      <w:r w:rsidRPr="00F93E65">
        <w:rPr>
          <w:rFonts w:ascii="標楷體" w:eastAsia="標楷體" w:hAnsi="標楷體"/>
        </w:rPr>
        <w:t>採</w:t>
      </w:r>
      <w:proofErr w:type="gramEnd"/>
      <w:r w:rsidRPr="00F93E65">
        <w:rPr>
          <w:rFonts w:ascii="標楷體" w:eastAsia="標楷體" w:hAnsi="標楷體"/>
        </w:rPr>
        <w:t>分組方式上課，依學生選課及分組結果進行課程，各組依課程需求安排上課地點。</w:t>
      </w:r>
    </w:p>
    <w:p w14:paraId="62691ACE" w14:textId="77777777" w:rsidR="00F93E65" w:rsidRPr="00F93E65" w:rsidRDefault="00F93E65" w:rsidP="00F93E65">
      <w:pPr>
        <w:pStyle w:val="Web"/>
        <w:spacing w:before="0" w:beforeAutospacing="0" w:after="0" w:afterAutospacing="0"/>
        <w:ind w:leftChars="100" w:left="240"/>
        <w:rPr>
          <w:rFonts w:ascii="標楷體" w:eastAsia="標楷體" w:hAnsi="標楷體"/>
        </w:rPr>
      </w:pPr>
      <w:r w:rsidRPr="00F93E65">
        <w:rPr>
          <w:rStyle w:val="af8"/>
          <w:rFonts w:ascii="標楷體" w:eastAsia="標楷體" w:hAnsi="標楷體"/>
        </w:rPr>
        <w:t>2. 班級活動</w:t>
      </w:r>
      <w:r w:rsidRPr="00F93E65">
        <w:rPr>
          <w:rFonts w:ascii="標楷體" w:eastAsia="標楷體" w:hAnsi="標楷體"/>
        </w:rPr>
        <w:br/>
        <w:t>以原班進行，由各班導師帶領及安排課程活動。</w:t>
      </w:r>
    </w:p>
    <w:p w14:paraId="753631F1" w14:textId="77777777" w:rsidR="00F93E65" w:rsidRPr="00F93E65" w:rsidRDefault="00F93E65" w:rsidP="00F93E65">
      <w:pPr>
        <w:pStyle w:val="Web"/>
        <w:spacing w:before="0" w:beforeAutospacing="0" w:after="0" w:afterAutospacing="0"/>
        <w:ind w:leftChars="100" w:left="240"/>
        <w:rPr>
          <w:rFonts w:ascii="標楷體" w:eastAsia="標楷體" w:hAnsi="標楷體"/>
        </w:rPr>
      </w:pPr>
      <w:r w:rsidRPr="00F93E65">
        <w:rPr>
          <w:rStyle w:val="af8"/>
          <w:rFonts w:ascii="標楷體" w:eastAsia="標楷體" w:hAnsi="標楷體"/>
        </w:rPr>
        <w:t>3. 其他共同課程</w:t>
      </w:r>
      <w:r w:rsidRPr="00F93E65">
        <w:rPr>
          <w:rFonts w:ascii="標楷體" w:eastAsia="標楷體" w:hAnsi="標楷體"/>
        </w:rPr>
        <w:br/>
        <w:t>高一</w:t>
      </w:r>
      <w:proofErr w:type="gramStart"/>
      <w:r w:rsidRPr="00F93E65">
        <w:rPr>
          <w:rFonts w:ascii="標楷體" w:eastAsia="標楷體" w:hAnsi="標楷體"/>
        </w:rPr>
        <w:t>各班合班</w:t>
      </w:r>
      <w:proofErr w:type="gramEnd"/>
      <w:r w:rsidRPr="00F93E65">
        <w:rPr>
          <w:rFonts w:ascii="標楷體" w:eastAsia="標楷體" w:hAnsi="標楷體"/>
        </w:rPr>
        <w:t>上課，原則上於</w:t>
      </w:r>
      <w:r w:rsidRPr="00F93E65">
        <w:rPr>
          <w:rStyle w:val="af8"/>
          <w:rFonts w:ascii="標楷體" w:eastAsia="標楷體" w:hAnsi="標楷體"/>
        </w:rPr>
        <w:t>雙語部演藝廳</w:t>
      </w:r>
      <w:r w:rsidRPr="00F93E65">
        <w:rPr>
          <w:rFonts w:ascii="標楷體" w:eastAsia="標楷體" w:hAnsi="標楷體"/>
        </w:rPr>
        <w:t>進行。</w:t>
      </w:r>
    </w:p>
    <w:p w14:paraId="3B26D3FA" w14:textId="77777777" w:rsidR="00F93E65" w:rsidRPr="00F93E65" w:rsidRDefault="00F93E65" w:rsidP="00F93E65">
      <w:pPr>
        <w:pStyle w:val="31"/>
        <w:spacing w:before="0"/>
        <w:rPr>
          <w:rFonts w:ascii="標楷體" w:eastAsia="標楷體" w:hAnsi="標楷體"/>
          <w:lang w:eastAsia="zh-TW"/>
        </w:rPr>
      </w:pPr>
      <w:r w:rsidRPr="00F93E65">
        <w:rPr>
          <w:rFonts w:ascii="標楷體" w:eastAsia="標楷體" w:hAnsi="標楷體"/>
          <w:lang w:eastAsia="zh-TW"/>
        </w:rPr>
        <w:t>二、微課程及授課師資</w:t>
      </w:r>
    </w:p>
    <w:p w14:paraId="5B9EE72C" w14:textId="77777777" w:rsidR="00F93E65" w:rsidRPr="00F93E65" w:rsidRDefault="00F93E65" w:rsidP="00F93E65">
      <w:pPr>
        <w:pStyle w:val="Web"/>
        <w:spacing w:before="0" w:beforeAutospacing="0" w:after="0" w:afterAutospacing="0"/>
        <w:ind w:leftChars="100" w:left="240"/>
        <w:rPr>
          <w:rFonts w:ascii="標楷體" w:eastAsia="標楷體" w:hAnsi="標楷體"/>
        </w:rPr>
      </w:pPr>
      <w:r w:rsidRPr="00F93E65">
        <w:rPr>
          <w:rFonts w:ascii="標楷體" w:eastAsia="標楷體" w:hAnsi="標楷體"/>
        </w:rPr>
        <w:t>【物理動手做微課程】</w:t>
      </w:r>
      <w:r w:rsidRPr="00F93E65">
        <w:rPr>
          <w:rFonts w:ascii="標楷體" w:eastAsia="標楷體" w:hAnsi="標楷體"/>
        </w:rPr>
        <w:br/>
        <w:t>授課教師：嚴祖強教授（國立中山大學）、鄧宗聖教授（國立屏東大學）</w:t>
      </w:r>
    </w:p>
    <w:p w14:paraId="7A177C84" w14:textId="7E3F44B3" w:rsidR="00F93E65" w:rsidRPr="00F93E65" w:rsidRDefault="00351C7A" w:rsidP="00F93E65">
      <w:pPr>
        <w:pStyle w:val="Web"/>
        <w:spacing w:before="0" w:beforeAutospacing="0" w:after="0" w:afterAutospacing="0"/>
        <w:ind w:leftChars="100" w:left="240"/>
        <w:rPr>
          <w:rFonts w:ascii="標楷體" w:eastAsia="標楷體" w:hAnsi="標楷體"/>
        </w:rPr>
      </w:pPr>
      <w:r w:rsidRPr="00351C7A">
        <w:rPr>
          <w:rFonts w:ascii="標楷體" w:eastAsia="標楷體" w:hAnsi="標楷體" w:cs="MS Gothic"/>
          <w:noProof/>
        </w:rPr>
        <w:drawing>
          <wp:anchor distT="0" distB="0" distL="114300" distR="114300" simplePos="0" relativeHeight="251658240" behindDoc="1" locked="0" layoutInCell="1" allowOverlap="1" wp14:anchorId="4AAA75EF" wp14:editId="1272E113">
            <wp:simplePos x="0" y="0"/>
            <wp:positionH relativeFrom="column">
              <wp:posOffset>5420664</wp:posOffset>
            </wp:positionH>
            <wp:positionV relativeFrom="paragraph">
              <wp:posOffset>108640</wp:posOffset>
            </wp:positionV>
            <wp:extent cx="1259205" cy="1280160"/>
            <wp:effectExtent l="0" t="0" r="0" b="0"/>
            <wp:wrapTight wrapText="bothSides">
              <wp:wrapPolygon edited="0">
                <wp:start x="0" y="0"/>
                <wp:lineTo x="0" y="21214"/>
                <wp:lineTo x="21241" y="21214"/>
                <wp:lineTo x="21241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3E65" w:rsidRPr="00F93E65">
        <w:rPr>
          <w:rFonts w:ascii="標楷體" w:eastAsia="標楷體" w:hAnsi="標楷體"/>
        </w:rPr>
        <w:t>【AI微課程】</w:t>
      </w:r>
      <w:r w:rsidR="00F93E65" w:rsidRPr="00F93E65">
        <w:rPr>
          <w:rFonts w:ascii="標楷體" w:eastAsia="標楷體" w:hAnsi="標楷體"/>
        </w:rPr>
        <w:br/>
        <w:t>授課教師：劉芳怡教授（國立屏東科技大學）</w:t>
      </w:r>
    </w:p>
    <w:p w14:paraId="7210C59E" w14:textId="2EE7C7DE" w:rsidR="00F93E65" w:rsidRPr="00F93E65" w:rsidRDefault="00F93E65" w:rsidP="00F93E65">
      <w:pPr>
        <w:pStyle w:val="Web"/>
        <w:spacing w:before="0" w:beforeAutospacing="0" w:after="0" w:afterAutospacing="0"/>
        <w:ind w:leftChars="100" w:left="240"/>
        <w:rPr>
          <w:rFonts w:ascii="標楷體" w:eastAsia="標楷體" w:hAnsi="標楷體"/>
        </w:rPr>
      </w:pPr>
      <w:r w:rsidRPr="00F93E65">
        <w:rPr>
          <w:rFonts w:ascii="標楷體" w:eastAsia="標楷體" w:hAnsi="標楷體"/>
        </w:rPr>
        <w:t>【PBL專案微課程】</w:t>
      </w:r>
      <w:r w:rsidRPr="00F93E65">
        <w:rPr>
          <w:rFonts w:ascii="標楷體" w:eastAsia="標楷體" w:hAnsi="標楷體"/>
        </w:rPr>
        <w:br/>
        <w:t>授課教師：周佳弘助理教授（義守大學）暨課程團隊</w:t>
      </w:r>
    </w:p>
    <w:p w14:paraId="0D37F985" w14:textId="4C6048FF" w:rsidR="00351C7A" w:rsidRDefault="00F93E65" w:rsidP="00351C7A">
      <w:pPr>
        <w:pStyle w:val="31"/>
        <w:spacing w:before="0"/>
        <w:rPr>
          <w:rFonts w:ascii="標楷體" w:eastAsia="標楷體" w:hAnsi="標楷體" w:cs="MS Gothic"/>
          <w:lang w:eastAsia="zh-TW"/>
        </w:rPr>
      </w:pPr>
      <w:r w:rsidRPr="00F93E65">
        <w:rPr>
          <w:rFonts w:ascii="標楷體" w:eastAsia="標楷體" w:hAnsi="標楷體"/>
          <w:lang w:eastAsia="zh-TW"/>
        </w:rPr>
        <w:t>三、微課程選課</w:t>
      </w:r>
      <w:r w:rsidRPr="00F93E65">
        <w:rPr>
          <w:rFonts w:ascii="標楷體" w:eastAsia="標楷體" w:hAnsi="標楷體" w:cs="微軟正黑體" w:hint="eastAsia"/>
          <w:lang w:eastAsia="zh-TW"/>
        </w:rPr>
        <w:t>說</w:t>
      </w:r>
      <w:r w:rsidRPr="00F93E65">
        <w:rPr>
          <w:rFonts w:ascii="標楷體" w:eastAsia="標楷體" w:hAnsi="標楷體" w:cs="MS Gothic" w:hint="eastAsia"/>
          <w:lang w:eastAsia="zh-TW"/>
        </w:rPr>
        <w:t>明</w:t>
      </w:r>
      <w:r w:rsidR="00351C7A">
        <w:rPr>
          <w:rFonts w:ascii="標楷體" w:eastAsia="標楷體" w:hAnsi="標楷體" w:cs="MS Gothic" w:hint="eastAsia"/>
          <w:lang w:eastAsia="zh-TW"/>
        </w:rPr>
        <w:t xml:space="preserve"> </w:t>
      </w:r>
    </w:p>
    <w:p w14:paraId="087A2D5F" w14:textId="657CC285" w:rsidR="00F93E65" w:rsidRPr="00351C7A" w:rsidRDefault="00351C7A" w:rsidP="00351C7A">
      <w:pPr>
        <w:pStyle w:val="31"/>
        <w:spacing w:before="0"/>
        <w:ind w:leftChars="100" w:left="240"/>
        <w:rPr>
          <w:rFonts w:ascii="標楷體" w:eastAsia="標楷體" w:hAnsi="標楷體" w:cs="MS Gothic"/>
          <w:lang w:eastAsia="zh-TW"/>
        </w:rPr>
      </w:pPr>
      <w:r>
        <w:rPr>
          <w:rFonts w:ascii="標楷體" w:eastAsia="標楷體" w:hAnsi="標楷體" w:cs="MS Gothic" w:hint="eastAsia"/>
          <w:lang w:eastAsia="zh-TW"/>
        </w:rPr>
        <w:t>微課程選課表單</w:t>
      </w:r>
      <w:r w:rsidRPr="00351C7A">
        <w:rPr>
          <w:rFonts w:ascii="標楷體" w:eastAsia="標楷體" w:hAnsi="標楷體" w:cs="MS Gothic"/>
          <w:lang w:eastAsia="zh-TW"/>
        </w:rPr>
        <w:t>https://forms.gle/yfZGoSN8unKtFYJw5</w:t>
      </w:r>
      <w:r w:rsidRPr="00351C7A">
        <w:rPr>
          <w:noProof/>
          <w:lang w:eastAsia="zh-TW"/>
        </w:rPr>
        <w:t xml:space="preserve"> </w:t>
      </w:r>
    </w:p>
    <w:p w14:paraId="522B4970" w14:textId="77777777" w:rsidR="00F93E65" w:rsidRPr="00F93E65" w:rsidRDefault="00F93E65" w:rsidP="00F93E65">
      <w:pPr>
        <w:pStyle w:val="Web"/>
        <w:spacing w:before="0" w:beforeAutospacing="0" w:after="0" w:afterAutospacing="0"/>
        <w:ind w:leftChars="100" w:left="240"/>
        <w:rPr>
          <w:rFonts w:ascii="標楷體" w:eastAsia="標楷體" w:hAnsi="標楷體"/>
        </w:rPr>
      </w:pPr>
      <w:r w:rsidRPr="00F93E65">
        <w:rPr>
          <w:rFonts w:ascii="標楷體" w:eastAsia="標楷體" w:hAnsi="標楷體"/>
        </w:rPr>
        <w:t>微課程</w:t>
      </w:r>
      <w:proofErr w:type="gramStart"/>
      <w:r w:rsidRPr="00F93E65">
        <w:rPr>
          <w:rFonts w:ascii="標楷體" w:eastAsia="標楷體" w:hAnsi="標楷體"/>
        </w:rPr>
        <w:t>採</w:t>
      </w:r>
      <w:proofErr w:type="gramEnd"/>
      <w:r w:rsidRPr="00F93E65">
        <w:rPr>
          <w:rFonts w:ascii="標楷體" w:eastAsia="標楷體" w:hAnsi="標楷體"/>
        </w:rPr>
        <w:t>分組方式進行，請同學依個人興趣及學習需求完成選課。</w:t>
      </w:r>
    </w:p>
    <w:p w14:paraId="61AD22CE" w14:textId="77777777" w:rsidR="00F93E65" w:rsidRPr="00F93E65" w:rsidRDefault="00F93E65" w:rsidP="00F93E65">
      <w:pPr>
        <w:pStyle w:val="Web"/>
        <w:spacing w:before="0" w:beforeAutospacing="0" w:after="0" w:afterAutospacing="0"/>
        <w:ind w:leftChars="100" w:left="240"/>
        <w:rPr>
          <w:rFonts w:ascii="標楷體" w:eastAsia="標楷體" w:hAnsi="標楷體"/>
        </w:rPr>
      </w:pPr>
      <w:r w:rsidRPr="00F93E65">
        <w:rPr>
          <w:rStyle w:val="af8"/>
          <w:rFonts w:ascii="標楷體" w:eastAsia="標楷體" w:hAnsi="標楷體"/>
        </w:rPr>
        <w:t>選課時間：9/2～9/4 17:00截止</w:t>
      </w:r>
    </w:p>
    <w:p w14:paraId="4A1D1FDD" w14:textId="77777777" w:rsidR="00F93E65" w:rsidRPr="00F93E65" w:rsidRDefault="00F93E65" w:rsidP="00F93E65">
      <w:pPr>
        <w:pStyle w:val="Web"/>
        <w:spacing w:before="0" w:beforeAutospacing="0" w:after="0" w:afterAutospacing="0"/>
        <w:ind w:leftChars="100" w:left="240"/>
        <w:rPr>
          <w:rFonts w:ascii="標楷體" w:eastAsia="標楷體" w:hAnsi="標楷體"/>
        </w:rPr>
      </w:pPr>
      <w:r w:rsidRPr="00F93E65">
        <w:rPr>
          <w:rFonts w:ascii="標楷體" w:eastAsia="標楷體" w:hAnsi="標楷體"/>
        </w:rPr>
        <w:t>請務必於期限內完成選課。未於期限內完成選課者，將由學校依課程需求統一分配至其中一組微課程。</w:t>
      </w:r>
    </w:p>
    <w:p w14:paraId="5A5C31C2" w14:textId="77777777" w:rsidR="00F93E65" w:rsidRPr="00F93E65" w:rsidRDefault="00F93E65" w:rsidP="00F93E65">
      <w:pPr>
        <w:pStyle w:val="31"/>
        <w:spacing w:before="0"/>
        <w:rPr>
          <w:rFonts w:ascii="標楷體" w:eastAsia="標楷體" w:hAnsi="標楷體"/>
          <w:lang w:eastAsia="zh-TW"/>
        </w:rPr>
      </w:pPr>
      <w:r w:rsidRPr="00F93E65">
        <w:rPr>
          <w:rFonts w:ascii="標楷體" w:eastAsia="標楷體" w:hAnsi="標楷體"/>
          <w:lang w:eastAsia="zh-TW"/>
        </w:rPr>
        <w:t>四、上課提醒</w:t>
      </w:r>
    </w:p>
    <w:p w14:paraId="1DEDBC77" w14:textId="77777777" w:rsidR="00F93E65" w:rsidRPr="00F93E65" w:rsidRDefault="00F93E65" w:rsidP="00F93E65">
      <w:pPr>
        <w:pStyle w:val="Web"/>
        <w:spacing w:before="0" w:beforeAutospacing="0" w:after="0" w:afterAutospacing="0"/>
        <w:ind w:leftChars="100" w:left="240"/>
        <w:rPr>
          <w:rFonts w:ascii="標楷體" w:eastAsia="標楷體" w:hAnsi="標楷體"/>
        </w:rPr>
      </w:pPr>
      <w:r w:rsidRPr="00F93E65">
        <w:rPr>
          <w:rFonts w:ascii="標楷體" w:eastAsia="標楷體" w:hAnsi="標楷體"/>
        </w:rPr>
        <w:t>高一彈性課程每週可能依課程規劃安排不同類型的課程，請同學務必確認當</w:t>
      </w:r>
      <w:proofErr w:type="gramStart"/>
      <w:r w:rsidRPr="00F93E65">
        <w:rPr>
          <w:rFonts w:ascii="標楷體" w:eastAsia="標楷體" w:hAnsi="標楷體"/>
        </w:rPr>
        <w:t>週</w:t>
      </w:r>
      <w:proofErr w:type="gramEnd"/>
      <w:r w:rsidRPr="00F93E65">
        <w:rPr>
          <w:rFonts w:ascii="標楷體" w:eastAsia="標楷體" w:hAnsi="標楷體"/>
        </w:rPr>
        <w:t>課表：</w:t>
      </w:r>
    </w:p>
    <w:p w14:paraId="4463E4AA" w14:textId="77777777" w:rsidR="00F93E65" w:rsidRPr="00F93E65" w:rsidRDefault="00F93E65" w:rsidP="00F93E65">
      <w:pPr>
        <w:pStyle w:val="Web"/>
        <w:numPr>
          <w:ilvl w:val="0"/>
          <w:numId w:val="11"/>
        </w:numPr>
        <w:tabs>
          <w:tab w:val="clear" w:pos="720"/>
          <w:tab w:val="num" w:pos="960"/>
        </w:tabs>
        <w:spacing w:before="0" w:beforeAutospacing="0" w:after="0" w:afterAutospacing="0"/>
        <w:ind w:leftChars="250" w:left="960"/>
        <w:rPr>
          <w:rFonts w:ascii="標楷體" w:eastAsia="標楷體" w:hAnsi="標楷體"/>
        </w:rPr>
      </w:pPr>
      <w:r w:rsidRPr="00F93E65">
        <w:rPr>
          <w:rStyle w:val="af8"/>
          <w:rFonts w:ascii="標楷體" w:eastAsia="標楷體" w:hAnsi="標楷體"/>
        </w:rPr>
        <w:t>微課程</w:t>
      </w:r>
      <w:r w:rsidRPr="00F93E65">
        <w:rPr>
          <w:rFonts w:ascii="標楷體" w:eastAsia="標楷體" w:hAnsi="標楷體"/>
        </w:rPr>
        <w:t>：依分組結果至指定地點上課。</w:t>
      </w:r>
    </w:p>
    <w:p w14:paraId="474839E1" w14:textId="77777777" w:rsidR="00F93E65" w:rsidRPr="00F93E65" w:rsidRDefault="00F93E65" w:rsidP="00F93E65">
      <w:pPr>
        <w:pStyle w:val="Web"/>
        <w:numPr>
          <w:ilvl w:val="0"/>
          <w:numId w:val="11"/>
        </w:numPr>
        <w:tabs>
          <w:tab w:val="clear" w:pos="720"/>
          <w:tab w:val="num" w:pos="960"/>
        </w:tabs>
        <w:spacing w:before="0" w:beforeAutospacing="0" w:after="0" w:afterAutospacing="0"/>
        <w:ind w:leftChars="250" w:left="960"/>
        <w:rPr>
          <w:rFonts w:ascii="標楷體" w:eastAsia="標楷體" w:hAnsi="標楷體"/>
        </w:rPr>
      </w:pPr>
      <w:r w:rsidRPr="00F93E65">
        <w:rPr>
          <w:rStyle w:val="af8"/>
          <w:rFonts w:ascii="標楷體" w:eastAsia="標楷體" w:hAnsi="標楷體"/>
        </w:rPr>
        <w:t>班級活動</w:t>
      </w:r>
      <w:r w:rsidRPr="00F93E65">
        <w:rPr>
          <w:rFonts w:ascii="標楷體" w:eastAsia="標楷體" w:hAnsi="標楷體"/>
        </w:rPr>
        <w:t>：回原班，由各班導師帶領。</w:t>
      </w:r>
    </w:p>
    <w:p w14:paraId="38E14AB3" w14:textId="7F3170F6" w:rsidR="00F93E65" w:rsidRPr="00F93E65" w:rsidRDefault="00F93E65" w:rsidP="00F93E65">
      <w:pPr>
        <w:pStyle w:val="Web"/>
        <w:numPr>
          <w:ilvl w:val="0"/>
          <w:numId w:val="11"/>
        </w:numPr>
        <w:tabs>
          <w:tab w:val="clear" w:pos="720"/>
          <w:tab w:val="num" w:pos="960"/>
        </w:tabs>
        <w:spacing w:before="0" w:beforeAutospacing="0" w:after="0" w:afterAutospacing="0"/>
        <w:ind w:leftChars="250" w:left="960"/>
        <w:rPr>
          <w:rFonts w:ascii="標楷體" w:eastAsia="標楷體" w:hAnsi="標楷體"/>
        </w:rPr>
      </w:pPr>
      <w:r w:rsidRPr="00F93E65">
        <w:rPr>
          <w:rStyle w:val="af8"/>
          <w:rFonts w:ascii="標楷體" w:eastAsia="標楷體" w:hAnsi="標楷體"/>
        </w:rPr>
        <w:t>其他共同課程</w:t>
      </w:r>
      <w:r w:rsidRPr="00F93E65">
        <w:rPr>
          <w:rFonts w:ascii="標楷體" w:eastAsia="標楷體" w:hAnsi="標楷體"/>
        </w:rPr>
        <w:t>：高一合班，原則上於雙語部演藝廳上課。</w:t>
      </w:r>
    </w:p>
    <w:p w14:paraId="35FB8653" w14:textId="5BEDB9EB" w:rsidR="00F93E65" w:rsidRPr="00F93E65" w:rsidRDefault="00F93E65" w:rsidP="00F93E65">
      <w:pPr>
        <w:pStyle w:val="Web"/>
        <w:spacing w:before="0" w:beforeAutospacing="0" w:after="0" w:afterAutospacing="0"/>
        <w:ind w:leftChars="100" w:left="240"/>
        <w:rPr>
          <w:rFonts w:ascii="標楷體" w:eastAsia="標楷體" w:hAnsi="標楷體"/>
        </w:rPr>
      </w:pPr>
      <w:r w:rsidRPr="00F93E65">
        <w:rPr>
          <w:rStyle w:val="af8"/>
          <w:rFonts w:ascii="標楷體" w:eastAsia="標楷體" w:hAnsi="標楷體"/>
        </w:rPr>
        <w:t>請同學每週上課前確認課程類型、分組及上課地點，以免走錯教室</w:t>
      </w:r>
      <w:r w:rsidR="009365CB">
        <w:rPr>
          <w:rStyle w:val="af8"/>
          <w:rFonts w:ascii="標楷體" w:eastAsia="標楷體" w:hAnsi="標楷體" w:hint="eastAsia"/>
        </w:rPr>
        <w:t>，每次課程皆有點名，會列入出缺席紀錄</w:t>
      </w:r>
      <w:r w:rsidRPr="00F93E65">
        <w:rPr>
          <w:rStyle w:val="af8"/>
          <w:rFonts w:ascii="標楷體" w:eastAsia="標楷體" w:hAnsi="標楷體"/>
        </w:rPr>
        <w:t>。</w:t>
      </w:r>
    </w:p>
    <w:p w14:paraId="4706EA5A" w14:textId="6F594AD2" w:rsidR="00F93E65" w:rsidRPr="00F93E65" w:rsidRDefault="00F93E65" w:rsidP="00B16392">
      <w:pPr>
        <w:jc w:val="center"/>
        <w:rPr>
          <w:sz w:val="36"/>
          <w:szCs w:val="36"/>
          <w:lang w:eastAsia="zh-TW"/>
        </w:rPr>
      </w:pPr>
    </w:p>
    <w:p w14:paraId="4F98491B" w14:textId="20398387" w:rsidR="00F93E65" w:rsidRDefault="00F93E65" w:rsidP="00B16392">
      <w:pPr>
        <w:jc w:val="center"/>
        <w:rPr>
          <w:sz w:val="36"/>
          <w:szCs w:val="36"/>
          <w:lang w:eastAsia="zh-TW"/>
        </w:rPr>
      </w:pPr>
    </w:p>
    <w:p w14:paraId="5977890A" w14:textId="59D12AE9" w:rsidR="00F93E65" w:rsidRDefault="00F93E65" w:rsidP="00B16392">
      <w:pPr>
        <w:jc w:val="center"/>
        <w:rPr>
          <w:sz w:val="36"/>
          <w:szCs w:val="36"/>
          <w:lang w:eastAsia="zh-TW"/>
        </w:rPr>
      </w:pPr>
    </w:p>
    <w:p w14:paraId="48680429" w14:textId="597478BA" w:rsidR="00F93E65" w:rsidRDefault="00F93E65" w:rsidP="00B16392">
      <w:pPr>
        <w:jc w:val="center"/>
        <w:rPr>
          <w:sz w:val="36"/>
          <w:szCs w:val="36"/>
          <w:lang w:eastAsia="zh-TW"/>
        </w:rPr>
      </w:pPr>
    </w:p>
    <w:p w14:paraId="64485D9F" w14:textId="473C85BC" w:rsidR="00F93E65" w:rsidRDefault="00F93E65" w:rsidP="00B16392">
      <w:pPr>
        <w:jc w:val="center"/>
        <w:rPr>
          <w:sz w:val="36"/>
          <w:szCs w:val="36"/>
          <w:lang w:eastAsia="zh-TW"/>
        </w:rPr>
      </w:pPr>
    </w:p>
    <w:p w14:paraId="77E3697E" w14:textId="6A52EBB3" w:rsidR="00F93E65" w:rsidRDefault="00F93E65" w:rsidP="00B16392">
      <w:pPr>
        <w:jc w:val="center"/>
        <w:rPr>
          <w:sz w:val="36"/>
          <w:szCs w:val="36"/>
          <w:lang w:eastAsia="zh-TW"/>
        </w:rPr>
      </w:pPr>
    </w:p>
    <w:p w14:paraId="0A2925A5" w14:textId="6795E8D5" w:rsidR="00F93E65" w:rsidRDefault="00F93E65" w:rsidP="00B16392">
      <w:pPr>
        <w:jc w:val="center"/>
        <w:rPr>
          <w:sz w:val="36"/>
          <w:szCs w:val="36"/>
          <w:lang w:eastAsia="zh-TW"/>
        </w:rPr>
      </w:pPr>
    </w:p>
    <w:p w14:paraId="7D120E90" w14:textId="38C5ACB0" w:rsidR="00F93E65" w:rsidRDefault="00F93E65" w:rsidP="00B16392">
      <w:pPr>
        <w:jc w:val="center"/>
        <w:rPr>
          <w:sz w:val="36"/>
          <w:szCs w:val="36"/>
          <w:lang w:eastAsia="zh-TW"/>
        </w:rPr>
      </w:pPr>
    </w:p>
    <w:p w14:paraId="127EB7E1" w14:textId="2260E159" w:rsidR="00F93E65" w:rsidRDefault="00F93E65" w:rsidP="00B16392">
      <w:pPr>
        <w:jc w:val="center"/>
        <w:rPr>
          <w:sz w:val="36"/>
          <w:szCs w:val="36"/>
          <w:lang w:eastAsia="zh-TW"/>
        </w:rPr>
      </w:pPr>
    </w:p>
    <w:p w14:paraId="79B1C60E" w14:textId="3408062A" w:rsidR="00F93E65" w:rsidRDefault="00F93E65" w:rsidP="00B16392">
      <w:pPr>
        <w:jc w:val="center"/>
        <w:rPr>
          <w:sz w:val="36"/>
          <w:szCs w:val="36"/>
          <w:lang w:eastAsia="zh-TW"/>
        </w:rPr>
      </w:pPr>
    </w:p>
    <w:p w14:paraId="32E1557F" w14:textId="0999B39E" w:rsidR="00F93E65" w:rsidRDefault="00F93E65" w:rsidP="00B16392">
      <w:pPr>
        <w:jc w:val="center"/>
        <w:rPr>
          <w:sz w:val="36"/>
          <w:szCs w:val="36"/>
          <w:lang w:eastAsia="zh-TW"/>
        </w:rPr>
      </w:pPr>
    </w:p>
    <w:p w14:paraId="688C7D00" w14:textId="70A46993" w:rsidR="00F93E65" w:rsidRDefault="00F93E65" w:rsidP="00B16392">
      <w:pPr>
        <w:jc w:val="center"/>
        <w:rPr>
          <w:sz w:val="36"/>
          <w:szCs w:val="36"/>
          <w:lang w:eastAsia="zh-TW"/>
        </w:rPr>
      </w:pPr>
    </w:p>
    <w:p w14:paraId="36C9C9F2" w14:textId="51CC1165" w:rsidR="00F93E65" w:rsidRDefault="00F93E65" w:rsidP="009257F3">
      <w:pPr>
        <w:jc w:val="center"/>
        <w:rPr>
          <w:sz w:val="36"/>
          <w:szCs w:val="36"/>
          <w:lang w:eastAsia="zh-TW"/>
        </w:rPr>
      </w:pPr>
    </w:p>
    <w:p w14:paraId="1CC420B1" w14:textId="10509884" w:rsidR="009257F3" w:rsidRDefault="009257F3" w:rsidP="009257F3">
      <w:pPr>
        <w:rPr>
          <w:sz w:val="36"/>
          <w:szCs w:val="36"/>
          <w:lang w:eastAsia="zh-TW"/>
        </w:rPr>
      </w:pPr>
      <w:r>
        <w:rPr>
          <w:lang w:eastAsia="zh-TW"/>
        </w:rPr>
        <w:t>第一年的彈性時間，好好累積各種能力、探索自己的學習方向，開始嘗試 自主學習的演練。只要往前走一步，都值得自我肯定。</w:t>
      </w:r>
      <w:r>
        <w:rPr>
          <w:rFonts w:hint="eastAsia"/>
          <w:lang w:eastAsia="zh-TW"/>
        </w:rPr>
        <w:t xml:space="preserve">                                             </w:t>
      </w:r>
    </w:p>
    <w:tbl>
      <w:tblPr>
        <w:tblpPr w:leftFromText="180" w:rightFromText="180" w:vertAnchor="page" w:horzAnchor="margin" w:tblpY="840"/>
        <w:tblW w:w="106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1094"/>
        <w:gridCol w:w="1191"/>
        <w:gridCol w:w="2494"/>
        <w:gridCol w:w="2494"/>
        <w:gridCol w:w="2495"/>
      </w:tblGrid>
      <w:tr w:rsidR="00F93E65" w:rsidRPr="00F93E65" w14:paraId="73CC4530" w14:textId="77777777" w:rsidTr="00F93E65">
        <w:trPr>
          <w:trHeight w:val="805"/>
        </w:trPr>
        <w:tc>
          <w:tcPr>
            <w:tcW w:w="879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368FB89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proofErr w:type="spellStart"/>
            <w:r w:rsidRPr="00F93E65">
              <w:rPr>
                <w:rFonts w:cs="標楷體"/>
                <w:b/>
                <w:color w:val="000000"/>
                <w:szCs w:val="24"/>
              </w:rPr>
              <w:t>週次</w:t>
            </w:r>
            <w:proofErr w:type="spellEnd"/>
          </w:p>
        </w:tc>
        <w:tc>
          <w:tcPr>
            <w:tcW w:w="109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D8663BA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proofErr w:type="spellStart"/>
            <w:r w:rsidRPr="00F93E65">
              <w:rPr>
                <w:rFonts w:cs="標楷體"/>
                <w:b/>
                <w:color w:val="000000"/>
                <w:szCs w:val="24"/>
              </w:rPr>
              <w:t>日期</w:t>
            </w:r>
            <w:proofErr w:type="spellEnd"/>
          </w:p>
        </w:tc>
        <w:tc>
          <w:tcPr>
            <w:tcW w:w="1191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7ACAFCF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proofErr w:type="spellStart"/>
            <w:r w:rsidRPr="00F93E65">
              <w:rPr>
                <w:rFonts w:cs="標楷體"/>
                <w:b/>
                <w:color w:val="000000"/>
                <w:szCs w:val="24"/>
              </w:rPr>
              <w:t>類別</w:t>
            </w:r>
            <w:proofErr w:type="spellEnd"/>
          </w:p>
        </w:tc>
        <w:tc>
          <w:tcPr>
            <w:tcW w:w="7483" w:type="dxa"/>
            <w:gridSpan w:val="3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6E17ED9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b/>
                <w:color w:val="000000"/>
                <w:szCs w:val="24"/>
              </w:rPr>
              <w:t>學 習 內 容</w:t>
            </w:r>
          </w:p>
        </w:tc>
      </w:tr>
      <w:tr w:rsidR="00F93E65" w:rsidRPr="00F93E65" w14:paraId="226A3006" w14:textId="77777777" w:rsidTr="00F93E65">
        <w:trPr>
          <w:trHeight w:val="363"/>
        </w:trPr>
        <w:tc>
          <w:tcPr>
            <w:tcW w:w="879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E873406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</w:t>
            </w:r>
          </w:p>
        </w:tc>
        <w:tc>
          <w:tcPr>
            <w:tcW w:w="10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3E3D878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9/2</w:t>
            </w:r>
          </w:p>
        </w:tc>
        <w:tc>
          <w:tcPr>
            <w:tcW w:w="1191" w:type="dxa"/>
            <w:shd w:val="clear" w:color="auto" w:fill="FFFFC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6F44B08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proofErr w:type="spellStart"/>
            <w:r w:rsidRPr="00F93E65">
              <w:rPr>
                <w:rFonts w:cs="標楷體"/>
                <w:color w:val="000000"/>
                <w:szCs w:val="24"/>
              </w:rPr>
              <w:t>課諮</w:t>
            </w:r>
            <w:proofErr w:type="spellEnd"/>
          </w:p>
        </w:tc>
        <w:tc>
          <w:tcPr>
            <w:tcW w:w="7483" w:type="dxa"/>
            <w:gridSpan w:val="3"/>
            <w:shd w:val="clear" w:color="auto" w:fill="FFFFC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40D40FAD" w14:textId="27E1AC24" w:rsidR="00F93E65" w:rsidRPr="009257F3" w:rsidRDefault="00F93E65" w:rsidP="009257F3">
            <w:pPr>
              <w:pStyle w:val="ae"/>
              <w:numPr>
                <w:ilvl w:val="0"/>
                <w:numId w:val="10"/>
              </w:numPr>
              <w:rPr>
                <w:rFonts w:cs="標楷體"/>
                <w:color w:val="000000"/>
                <w:szCs w:val="24"/>
                <w:lang w:eastAsia="zh-TW"/>
              </w:rPr>
            </w:pPr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彈性課程說明</w:t>
            </w:r>
            <w:r w:rsidR="009257F3">
              <w:rPr>
                <w:rFonts w:cs="標楷體" w:hint="eastAsia"/>
                <w:color w:val="000000"/>
                <w:szCs w:val="24"/>
                <w:lang w:eastAsia="zh-TW"/>
              </w:rPr>
              <w:t>、</w:t>
            </w:r>
            <w:r w:rsidRPr="009257F3">
              <w:rPr>
                <w:rFonts w:cs="標楷體" w:hint="eastAsia"/>
                <w:color w:val="000000"/>
                <w:szCs w:val="24"/>
                <w:lang w:eastAsia="zh-TW"/>
              </w:rPr>
              <w:t>微課程說明與選課</w:t>
            </w:r>
            <w:r w:rsidR="009257F3">
              <w:rPr>
                <w:rFonts w:cs="標楷體" w:hint="eastAsia"/>
                <w:color w:val="000000"/>
                <w:szCs w:val="24"/>
                <w:lang w:eastAsia="zh-TW"/>
              </w:rPr>
              <w:t>、課程諮詢</w:t>
            </w:r>
            <w:r w:rsidR="00EE37D1">
              <w:rPr>
                <w:rFonts w:cs="標楷體" w:hint="eastAsia"/>
                <w:color w:val="000000"/>
                <w:szCs w:val="24"/>
                <w:lang w:eastAsia="zh-TW"/>
              </w:rPr>
              <w:t>、自主學習、小論文、學習歷程檔案</w:t>
            </w:r>
          </w:p>
        </w:tc>
      </w:tr>
      <w:tr w:rsidR="00F93E65" w:rsidRPr="00F93E65" w14:paraId="1E972A3C" w14:textId="77777777" w:rsidTr="00F93E65">
        <w:trPr>
          <w:trHeight w:val="562"/>
        </w:trPr>
        <w:tc>
          <w:tcPr>
            <w:tcW w:w="879" w:type="dxa"/>
            <w:vMerge w:val="restart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EC1174A" w14:textId="77777777" w:rsidR="00F93E65" w:rsidRPr="00F93E65" w:rsidRDefault="00F93E65" w:rsidP="00F93E65">
            <w:pPr>
              <w:jc w:val="center"/>
              <w:rPr>
                <w:rFonts w:cs="標楷體"/>
                <w:color w:val="000000"/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2</w:t>
            </w:r>
          </w:p>
        </w:tc>
        <w:tc>
          <w:tcPr>
            <w:tcW w:w="1094" w:type="dxa"/>
            <w:vMerge w:val="restart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30A76C2B" w14:textId="77777777" w:rsidR="00F93E65" w:rsidRPr="00F93E65" w:rsidRDefault="00F93E65" w:rsidP="00F93E65">
            <w:pPr>
              <w:jc w:val="center"/>
              <w:rPr>
                <w:rFonts w:cs="標楷體"/>
                <w:color w:val="000000"/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9/9</w:t>
            </w:r>
          </w:p>
        </w:tc>
        <w:tc>
          <w:tcPr>
            <w:tcW w:w="1191" w:type="dxa"/>
            <w:vMerge w:val="restart"/>
            <w:shd w:val="clear" w:color="auto" w:fill="FFFFFF" w:themeFill="background1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1ED71E2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hint="eastAsia"/>
                <w:szCs w:val="24"/>
                <w:lang w:eastAsia="zh-TW"/>
              </w:rPr>
              <w:t>微課程</w:t>
            </w:r>
          </w:p>
        </w:tc>
        <w:tc>
          <w:tcPr>
            <w:tcW w:w="2494" w:type="dxa"/>
            <w:shd w:val="clear" w:color="auto" w:fill="FFFFFF" w:themeFill="background1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D36B0C9" w14:textId="77777777" w:rsidR="00F93E65" w:rsidRPr="00F93E65" w:rsidRDefault="00F93E65" w:rsidP="00F93E65">
            <w:pPr>
              <w:jc w:val="center"/>
              <w:rPr>
                <w:rFonts w:cs="標楷體"/>
                <w:color w:val="000000"/>
                <w:szCs w:val="24"/>
                <w:lang w:eastAsia="zh-TW"/>
              </w:rPr>
            </w:pPr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物理微課程</w:t>
            </w:r>
          </w:p>
          <w:p w14:paraId="2628E603" w14:textId="77777777" w:rsidR="00F93E65" w:rsidRPr="00F93E65" w:rsidRDefault="00F93E65" w:rsidP="00F93E65">
            <w:pPr>
              <w:jc w:val="center"/>
              <w:rPr>
                <w:szCs w:val="24"/>
                <w:lang w:eastAsia="zh-TW"/>
              </w:rPr>
            </w:pPr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3</w:t>
            </w:r>
            <w:r w:rsidRPr="00F93E65">
              <w:rPr>
                <w:rFonts w:cs="標楷體"/>
                <w:color w:val="000000"/>
                <w:szCs w:val="24"/>
                <w:lang w:eastAsia="zh-TW"/>
              </w:rPr>
              <w:t>11</w:t>
            </w:r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導師隨班</w:t>
            </w:r>
          </w:p>
        </w:tc>
        <w:tc>
          <w:tcPr>
            <w:tcW w:w="2494" w:type="dxa"/>
            <w:shd w:val="clear" w:color="auto" w:fill="FFFFFF" w:themeFill="background1"/>
            <w:vAlign w:val="center"/>
          </w:tcPr>
          <w:p w14:paraId="0A0CD683" w14:textId="77777777" w:rsidR="00F93E65" w:rsidRPr="00F93E65" w:rsidRDefault="00F93E65" w:rsidP="00F93E65">
            <w:pPr>
              <w:jc w:val="center"/>
              <w:rPr>
                <w:rFonts w:cs="標楷體"/>
                <w:color w:val="000000"/>
                <w:szCs w:val="24"/>
                <w:lang w:eastAsia="zh-TW"/>
              </w:rPr>
            </w:pPr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AI微課程</w:t>
            </w:r>
          </w:p>
          <w:p w14:paraId="298E15C4" w14:textId="77777777" w:rsidR="00F93E65" w:rsidRPr="00F93E65" w:rsidRDefault="00F93E65" w:rsidP="00F93E65">
            <w:pPr>
              <w:jc w:val="center"/>
              <w:rPr>
                <w:szCs w:val="24"/>
                <w:lang w:eastAsia="zh-TW"/>
              </w:rPr>
            </w:pPr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3</w:t>
            </w:r>
            <w:r w:rsidRPr="00F93E65">
              <w:rPr>
                <w:rFonts w:cs="標楷體"/>
                <w:color w:val="000000"/>
                <w:szCs w:val="24"/>
                <w:lang w:eastAsia="zh-TW"/>
              </w:rPr>
              <w:t>12</w:t>
            </w:r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導師隨班</w:t>
            </w:r>
          </w:p>
        </w:tc>
        <w:tc>
          <w:tcPr>
            <w:tcW w:w="2495" w:type="dxa"/>
            <w:shd w:val="clear" w:color="auto" w:fill="FFFFFF" w:themeFill="background1"/>
            <w:vAlign w:val="center"/>
          </w:tcPr>
          <w:p w14:paraId="4AE5C031" w14:textId="77777777" w:rsidR="00F93E65" w:rsidRPr="00F93E65" w:rsidRDefault="00F93E65" w:rsidP="00F93E65">
            <w:pPr>
              <w:jc w:val="center"/>
              <w:rPr>
                <w:rFonts w:cs="標楷體"/>
                <w:color w:val="000000"/>
                <w:szCs w:val="24"/>
                <w:lang w:eastAsia="zh-TW"/>
              </w:rPr>
            </w:pPr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PBL微課程</w:t>
            </w:r>
          </w:p>
          <w:p w14:paraId="6B0AF648" w14:textId="77777777" w:rsidR="00F93E65" w:rsidRPr="00F93E65" w:rsidRDefault="00F93E65" w:rsidP="00F93E65">
            <w:pPr>
              <w:jc w:val="center"/>
              <w:rPr>
                <w:szCs w:val="24"/>
                <w:lang w:eastAsia="zh-TW"/>
              </w:rPr>
            </w:pPr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3</w:t>
            </w:r>
            <w:r w:rsidRPr="00F93E65">
              <w:rPr>
                <w:rFonts w:cs="標楷體"/>
                <w:color w:val="000000"/>
                <w:szCs w:val="24"/>
                <w:lang w:eastAsia="zh-TW"/>
              </w:rPr>
              <w:t>13</w:t>
            </w:r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導師隨班</w:t>
            </w:r>
          </w:p>
        </w:tc>
      </w:tr>
      <w:tr w:rsidR="00F93E65" w:rsidRPr="00F93E65" w14:paraId="4052C408" w14:textId="77777777" w:rsidTr="00F93E65">
        <w:trPr>
          <w:trHeight w:val="562"/>
        </w:trPr>
        <w:tc>
          <w:tcPr>
            <w:tcW w:w="879" w:type="dxa"/>
            <w:vMerge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83BFFDD" w14:textId="77777777" w:rsidR="00F93E65" w:rsidRPr="00F93E65" w:rsidRDefault="00F93E65" w:rsidP="00F93E65">
            <w:pPr>
              <w:jc w:val="center"/>
              <w:rPr>
                <w:szCs w:val="24"/>
                <w:lang w:eastAsia="zh-TW"/>
              </w:rPr>
            </w:pPr>
          </w:p>
        </w:tc>
        <w:tc>
          <w:tcPr>
            <w:tcW w:w="1094" w:type="dxa"/>
            <w:vMerge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0D38061" w14:textId="77777777" w:rsidR="00F93E65" w:rsidRPr="00F93E65" w:rsidRDefault="00F93E65" w:rsidP="00F93E65">
            <w:pPr>
              <w:jc w:val="center"/>
              <w:rPr>
                <w:szCs w:val="24"/>
                <w:lang w:eastAsia="zh-TW"/>
              </w:rPr>
            </w:pPr>
          </w:p>
        </w:tc>
        <w:tc>
          <w:tcPr>
            <w:tcW w:w="1191" w:type="dxa"/>
            <w:vMerge/>
            <w:shd w:val="clear" w:color="auto" w:fill="FFFFFF" w:themeFill="background1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6CF0BA77" w14:textId="77777777" w:rsidR="00F93E65" w:rsidRPr="00F93E65" w:rsidRDefault="00F93E65" w:rsidP="00F93E65">
            <w:pPr>
              <w:jc w:val="center"/>
              <w:rPr>
                <w:szCs w:val="24"/>
                <w:lang w:eastAsia="zh-TW"/>
              </w:rPr>
            </w:pPr>
          </w:p>
        </w:tc>
        <w:tc>
          <w:tcPr>
            <w:tcW w:w="2494" w:type="dxa"/>
            <w:shd w:val="clear" w:color="auto" w:fill="FFFFFF" w:themeFill="background1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6A2E4E08" w14:textId="77777777" w:rsidR="00F93E65" w:rsidRPr="00F93E65" w:rsidRDefault="00F93E65" w:rsidP="00F93E65">
            <w:pPr>
              <w:jc w:val="both"/>
              <w:rPr>
                <w:szCs w:val="24"/>
                <w:lang w:eastAsia="zh-TW"/>
              </w:rPr>
            </w:pPr>
            <w:r w:rsidRPr="00F93E65">
              <w:rPr>
                <w:rFonts w:hint="eastAsia"/>
                <w:szCs w:val="24"/>
                <w:lang w:eastAsia="zh-TW"/>
              </w:rPr>
              <w:t xml:space="preserve">一弄物理 : </w:t>
            </w:r>
            <w:r w:rsidRPr="00F93E65">
              <w:rPr>
                <w:szCs w:val="24"/>
                <w:lang w:eastAsia="zh-TW"/>
              </w:rPr>
              <w:t>聖母頌+藍色多瑙河+雷鳴與閃電</w:t>
            </w:r>
          </w:p>
        </w:tc>
        <w:tc>
          <w:tcPr>
            <w:tcW w:w="2494" w:type="dxa"/>
            <w:shd w:val="clear" w:color="auto" w:fill="FFFFFF" w:themeFill="background1"/>
            <w:vAlign w:val="center"/>
          </w:tcPr>
          <w:p w14:paraId="0D746AD7" w14:textId="77777777" w:rsidR="00F93E65" w:rsidRPr="00F93E65" w:rsidRDefault="00F93E65" w:rsidP="00F93E65">
            <w:pPr>
              <w:rPr>
                <w:szCs w:val="24"/>
                <w:lang w:eastAsia="zh-TW"/>
              </w:rPr>
            </w:pPr>
            <w:r w:rsidRPr="00F93E65">
              <w:rPr>
                <w:rFonts w:hint="eastAsia"/>
                <w:szCs w:val="24"/>
                <w:lang w:eastAsia="zh-TW"/>
              </w:rPr>
              <w:t>零基礎就上手：這不是魔法之</w:t>
            </w:r>
            <w:r w:rsidRPr="00F93E65">
              <w:rPr>
                <w:szCs w:val="24"/>
                <w:lang w:eastAsia="zh-TW"/>
              </w:rPr>
              <w:t>AI 新世紀</w:t>
            </w:r>
          </w:p>
        </w:tc>
        <w:tc>
          <w:tcPr>
            <w:tcW w:w="2495" w:type="dxa"/>
            <w:shd w:val="clear" w:color="auto" w:fill="FFFFFF" w:themeFill="background1"/>
            <w:vAlign w:val="center"/>
          </w:tcPr>
          <w:p w14:paraId="46337D17" w14:textId="44B778B1" w:rsidR="00F93E65" w:rsidRPr="006D0928" w:rsidRDefault="006D0928" w:rsidP="006D0928">
            <w:pPr>
              <w:jc w:val="center"/>
              <w:rPr>
                <w:szCs w:val="24"/>
                <w:lang w:eastAsia="zh-TW"/>
              </w:rPr>
            </w:pPr>
            <w:proofErr w:type="spellStart"/>
            <w:r>
              <w:t>智慧辨識系統設計</w:t>
            </w:r>
            <w:proofErr w:type="spellEnd"/>
          </w:p>
        </w:tc>
      </w:tr>
      <w:tr w:rsidR="00F93E65" w:rsidRPr="00F93E65" w14:paraId="00BF6C93" w14:textId="77777777" w:rsidTr="00F93E65">
        <w:trPr>
          <w:trHeight w:val="562"/>
        </w:trPr>
        <w:tc>
          <w:tcPr>
            <w:tcW w:w="879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4237373B" w14:textId="77777777" w:rsidR="00F93E65" w:rsidRPr="00F93E65" w:rsidRDefault="00F93E65" w:rsidP="00F93E65">
            <w:pPr>
              <w:jc w:val="center"/>
              <w:rPr>
                <w:szCs w:val="24"/>
                <w:lang w:eastAsia="zh-TW"/>
              </w:rPr>
            </w:pPr>
            <w:r w:rsidRPr="00F93E65">
              <w:rPr>
                <w:rFonts w:hint="eastAsia"/>
                <w:szCs w:val="24"/>
                <w:lang w:eastAsia="zh-TW"/>
              </w:rPr>
              <w:t>3</w:t>
            </w:r>
          </w:p>
        </w:tc>
        <w:tc>
          <w:tcPr>
            <w:tcW w:w="10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B4EA17B" w14:textId="77777777" w:rsidR="00F93E65" w:rsidRPr="00F93E65" w:rsidRDefault="00F93E65" w:rsidP="00F93E65">
            <w:pPr>
              <w:jc w:val="center"/>
              <w:rPr>
                <w:szCs w:val="24"/>
                <w:lang w:eastAsia="zh-TW"/>
              </w:rPr>
            </w:pPr>
            <w:r w:rsidRPr="00F93E65">
              <w:rPr>
                <w:rFonts w:hint="eastAsia"/>
                <w:szCs w:val="24"/>
                <w:lang w:eastAsia="zh-TW"/>
              </w:rPr>
              <w:t>9</w:t>
            </w:r>
            <w:r w:rsidRPr="00F93E65">
              <w:rPr>
                <w:szCs w:val="24"/>
                <w:lang w:eastAsia="zh-TW"/>
              </w:rPr>
              <w:t>/16</w:t>
            </w:r>
          </w:p>
        </w:tc>
        <w:tc>
          <w:tcPr>
            <w:tcW w:w="1191" w:type="dxa"/>
            <w:shd w:val="clear" w:color="auto" w:fill="FFFFFF" w:themeFill="background1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295DDB9" w14:textId="77777777" w:rsidR="00F93E65" w:rsidRPr="00F93E65" w:rsidRDefault="00F93E65" w:rsidP="00F93E65">
            <w:pPr>
              <w:jc w:val="center"/>
              <w:rPr>
                <w:szCs w:val="24"/>
                <w:lang w:eastAsia="zh-TW"/>
              </w:rPr>
            </w:pPr>
            <w:r w:rsidRPr="00F93E65">
              <w:rPr>
                <w:rFonts w:hint="eastAsia"/>
                <w:szCs w:val="24"/>
                <w:lang w:eastAsia="zh-TW"/>
              </w:rPr>
              <w:t>微課程</w:t>
            </w:r>
          </w:p>
        </w:tc>
        <w:tc>
          <w:tcPr>
            <w:tcW w:w="2494" w:type="dxa"/>
            <w:shd w:val="clear" w:color="auto" w:fill="FFFFFF" w:themeFill="background1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A67ED93" w14:textId="77777777" w:rsidR="00F93E65" w:rsidRPr="00F93E65" w:rsidRDefault="00F93E65" w:rsidP="00F93E65">
            <w:pPr>
              <w:jc w:val="both"/>
              <w:rPr>
                <w:szCs w:val="24"/>
                <w:lang w:eastAsia="zh-TW"/>
              </w:rPr>
            </w:pPr>
            <w:proofErr w:type="gramStart"/>
            <w:r w:rsidRPr="00F93E65">
              <w:rPr>
                <w:szCs w:val="24"/>
                <w:lang w:eastAsia="zh-TW"/>
              </w:rPr>
              <w:t>再弄物理</w:t>
            </w:r>
            <w:proofErr w:type="gramEnd"/>
            <w:r w:rsidRPr="00F93E65">
              <w:rPr>
                <w:rFonts w:hint="eastAsia"/>
                <w:szCs w:val="24"/>
                <w:lang w:eastAsia="zh-TW"/>
              </w:rPr>
              <w:t xml:space="preserve"> :</w:t>
            </w:r>
          </w:p>
          <w:p w14:paraId="00122BD9" w14:textId="77777777" w:rsidR="00F93E65" w:rsidRPr="00F93E65" w:rsidRDefault="00F93E65" w:rsidP="00F93E65">
            <w:pPr>
              <w:jc w:val="both"/>
              <w:rPr>
                <w:szCs w:val="24"/>
                <w:lang w:eastAsia="zh-TW"/>
              </w:rPr>
            </w:pPr>
            <w:r w:rsidRPr="00F93E65">
              <w:rPr>
                <w:szCs w:val="24"/>
                <w:lang w:eastAsia="zh-TW"/>
              </w:rPr>
              <w:t>波麗露+月光+</w:t>
            </w:r>
            <w:proofErr w:type="gramStart"/>
            <w:r w:rsidRPr="00F93E65">
              <w:rPr>
                <w:szCs w:val="24"/>
                <w:lang w:eastAsia="zh-TW"/>
              </w:rPr>
              <w:t>薩</w:t>
            </w:r>
            <w:proofErr w:type="gramEnd"/>
            <w:r w:rsidRPr="00F93E65">
              <w:rPr>
                <w:szCs w:val="24"/>
                <w:lang w:eastAsia="zh-TW"/>
              </w:rPr>
              <w:t>提組曲</w:t>
            </w:r>
          </w:p>
        </w:tc>
        <w:tc>
          <w:tcPr>
            <w:tcW w:w="2494" w:type="dxa"/>
            <w:shd w:val="clear" w:color="auto" w:fill="FFFFFF" w:themeFill="background1"/>
            <w:vAlign w:val="center"/>
          </w:tcPr>
          <w:p w14:paraId="5428D8A8" w14:textId="77777777" w:rsidR="00F93E65" w:rsidRPr="00F93E65" w:rsidRDefault="00F93E65" w:rsidP="00F93E65">
            <w:pPr>
              <w:rPr>
                <w:szCs w:val="24"/>
                <w:lang w:eastAsia="zh-TW"/>
              </w:rPr>
            </w:pPr>
            <w:proofErr w:type="gramStart"/>
            <w:r w:rsidRPr="00F93E65">
              <w:rPr>
                <w:rFonts w:hint="eastAsia"/>
                <w:szCs w:val="24"/>
                <w:lang w:eastAsia="zh-TW"/>
              </w:rPr>
              <w:t>腦洞具</w:t>
            </w:r>
            <w:proofErr w:type="gramEnd"/>
            <w:r w:rsidRPr="00F93E65">
              <w:rPr>
                <w:rFonts w:hint="eastAsia"/>
                <w:szCs w:val="24"/>
                <w:lang w:eastAsia="zh-TW"/>
              </w:rPr>
              <w:t>現：</w:t>
            </w:r>
            <w:r w:rsidRPr="00F93E65">
              <w:rPr>
                <w:szCs w:val="24"/>
                <w:lang w:eastAsia="zh-TW"/>
              </w:rPr>
              <w:t>AI 視覺設計工作坊</w:t>
            </w:r>
          </w:p>
        </w:tc>
        <w:tc>
          <w:tcPr>
            <w:tcW w:w="2495" w:type="dxa"/>
            <w:shd w:val="clear" w:color="auto" w:fill="FFFFFF" w:themeFill="background1"/>
            <w:vAlign w:val="center"/>
          </w:tcPr>
          <w:p w14:paraId="3E0C810C" w14:textId="75C4CFA5" w:rsidR="00F93E65" w:rsidRPr="006D0928" w:rsidRDefault="006D0928" w:rsidP="006D0928">
            <w:pPr>
              <w:jc w:val="center"/>
              <w:rPr>
                <w:szCs w:val="24"/>
                <w:lang w:eastAsia="zh-TW"/>
              </w:rPr>
            </w:pPr>
            <w:r>
              <w:rPr>
                <w:lang w:eastAsia="zh-TW"/>
              </w:rPr>
              <w:t>AI影像辨識模型訓練</w:t>
            </w:r>
          </w:p>
        </w:tc>
      </w:tr>
      <w:tr w:rsidR="00F93E65" w:rsidRPr="00F93E65" w14:paraId="31456645" w14:textId="77777777" w:rsidTr="00F93E65">
        <w:trPr>
          <w:trHeight w:val="562"/>
        </w:trPr>
        <w:tc>
          <w:tcPr>
            <w:tcW w:w="879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4AB4F441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4</w:t>
            </w:r>
          </w:p>
        </w:tc>
        <w:tc>
          <w:tcPr>
            <w:tcW w:w="10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B0B4BF1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9/23</w:t>
            </w:r>
          </w:p>
        </w:tc>
        <w:tc>
          <w:tcPr>
            <w:tcW w:w="1191" w:type="dxa"/>
            <w:shd w:val="clear" w:color="auto" w:fill="FFFFFF" w:themeFill="background1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B6D11D4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hint="eastAsia"/>
                <w:szCs w:val="24"/>
                <w:lang w:eastAsia="zh-TW"/>
              </w:rPr>
              <w:t>微課程</w:t>
            </w:r>
          </w:p>
        </w:tc>
        <w:tc>
          <w:tcPr>
            <w:tcW w:w="2494" w:type="dxa"/>
            <w:shd w:val="clear" w:color="auto" w:fill="FFFFFF" w:themeFill="background1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4251AB1C" w14:textId="77777777" w:rsidR="00F93E65" w:rsidRPr="00F93E65" w:rsidRDefault="00F93E65" w:rsidP="00F93E65">
            <w:pPr>
              <w:jc w:val="both"/>
              <w:rPr>
                <w:szCs w:val="24"/>
                <w:lang w:eastAsia="zh-TW"/>
              </w:rPr>
            </w:pPr>
            <w:proofErr w:type="gramStart"/>
            <w:r w:rsidRPr="00F93E65">
              <w:rPr>
                <w:szCs w:val="24"/>
                <w:lang w:eastAsia="zh-TW"/>
              </w:rPr>
              <w:t>此曲只應</w:t>
            </w:r>
            <w:proofErr w:type="gramEnd"/>
            <w:r w:rsidRPr="00F93E65">
              <w:rPr>
                <w:szCs w:val="24"/>
                <w:lang w:eastAsia="zh-TW"/>
              </w:rPr>
              <w:t>AI有</w:t>
            </w:r>
          </w:p>
        </w:tc>
        <w:tc>
          <w:tcPr>
            <w:tcW w:w="2494" w:type="dxa"/>
            <w:shd w:val="clear" w:color="auto" w:fill="FFFFFF" w:themeFill="background1"/>
            <w:vAlign w:val="center"/>
          </w:tcPr>
          <w:p w14:paraId="521E3ABF" w14:textId="77777777" w:rsidR="00F93E65" w:rsidRPr="00F93E65" w:rsidRDefault="00F93E65" w:rsidP="00F93E65">
            <w:pPr>
              <w:rPr>
                <w:szCs w:val="24"/>
                <w:lang w:eastAsia="zh-TW"/>
              </w:rPr>
            </w:pPr>
            <w:r w:rsidRPr="00F93E65">
              <w:rPr>
                <w:rFonts w:hint="eastAsia"/>
                <w:szCs w:val="24"/>
                <w:lang w:eastAsia="zh-TW"/>
              </w:rPr>
              <w:t>動態魔法：</w:t>
            </w:r>
            <w:r w:rsidRPr="00F93E65">
              <w:rPr>
                <w:szCs w:val="24"/>
                <w:lang w:eastAsia="zh-TW"/>
              </w:rPr>
              <w:t xml:space="preserve">AI </w:t>
            </w:r>
            <w:proofErr w:type="gramStart"/>
            <w:r w:rsidRPr="00F93E65">
              <w:rPr>
                <w:szCs w:val="24"/>
                <w:lang w:eastAsia="zh-TW"/>
              </w:rPr>
              <w:t>短影音</w:t>
            </w:r>
            <w:proofErr w:type="gramEnd"/>
            <w:r w:rsidRPr="00F93E65">
              <w:rPr>
                <w:szCs w:val="24"/>
                <w:lang w:eastAsia="zh-TW"/>
              </w:rPr>
              <w:t>創作工作坊</w:t>
            </w:r>
          </w:p>
        </w:tc>
        <w:tc>
          <w:tcPr>
            <w:tcW w:w="2495" w:type="dxa"/>
            <w:shd w:val="clear" w:color="auto" w:fill="FFFFFF" w:themeFill="background1"/>
            <w:vAlign w:val="center"/>
          </w:tcPr>
          <w:p w14:paraId="6CC0889A" w14:textId="40383CC1" w:rsidR="00F93E65" w:rsidRPr="006D0928" w:rsidRDefault="006D0928" w:rsidP="006D0928">
            <w:pPr>
              <w:jc w:val="center"/>
              <w:rPr>
                <w:szCs w:val="24"/>
                <w:lang w:eastAsia="zh-TW"/>
              </w:rPr>
            </w:pPr>
            <w:proofErr w:type="spellStart"/>
            <w:r>
              <w:t>樹莓派智慧鏡頭建置</w:t>
            </w:r>
            <w:proofErr w:type="spellEnd"/>
          </w:p>
        </w:tc>
      </w:tr>
      <w:tr w:rsidR="00F93E65" w:rsidRPr="00F93E65" w14:paraId="4FD33805" w14:textId="77777777" w:rsidTr="00F93E65">
        <w:trPr>
          <w:trHeight w:val="562"/>
        </w:trPr>
        <w:tc>
          <w:tcPr>
            <w:tcW w:w="879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4E713550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5</w:t>
            </w:r>
          </w:p>
        </w:tc>
        <w:tc>
          <w:tcPr>
            <w:tcW w:w="10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68172C81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9/30</w:t>
            </w:r>
          </w:p>
        </w:tc>
        <w:tc>
          <w:tcPr>
            <w:tcW w:w="1191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C134706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hint="eastAsia"/>
                <w:szCs w:val="24"/>
                <w:lang w:eastAsia="zh-TW"/>
              </w:rPr>
              <w:t>微課程</w:t>
            </w:r>
          </w:p>
        </w:tc>
        <w:tc>
          <w:tcPr>
            <w:tcW w:w="24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6A989C2D" w14:textId="77777777" w:rsidR="00F93E65" w:rsidRPr="00F93E65" w:rsidRDefault="00F93E65" w:rsidP="00F93E65">
            <w:pPr>
              <w:jc w:val="both"/>
              <w:rPr>
                <w:szCs w:val="24"/>
                <w:lang w:eastAsia="zh-TW"/>
              </w:rPr>
            </w:pPr>
            <w:r w:rsidRPr="00F93E65">
              <w:rPr>
                <w:szCs w:val="24"/>
                <w:lang w:eastAsia="zh-TW"/>
              </w:rPr>
              <w:t>起舞弄物理</w:t>
            </w:r>
          </w:p>
          <w:p w14:paraId="7BAC52DF" w14:textId="77777777" w:rsidR="00F93E65" w:rsidRPr="00F93E65" w:rsidRDefault="00F93E65" w:rsidP="00F93E65">
            <w:pPr>
              <w:jc w:val="both"/>
              <w:rPr>
                <w:szCs w:val="24"/>
                <w:lang w:eastAsia="zh-TW"/>
              </w:rPr>
            </w:pPr>
            <w:proofErr w:type="gramStart"/>
            <w:r w:rsidRPr="00F93E65">
              <w:rPr>
                <w:szCs w:val="24"/>
                <w:lang w:eastAsia="zh-TW"/>
              </w:rPr>
              <w:t>何似在</w:t>
            </w:r>
            <w:proofErr w:type="gramEnd"/>
            <w:r w:rsidRPr="00F93E65">
              <w:rPr>
                <w:szCs w:val="24"/>
                <w:lang w:eastAsia="zh-TW"/>
              </w:rPr>
              <w:t>實中</w:t>
            </w:r>
          </w:p>
        </w:tc>
        <w:tc>
          <w:tcPr>
            <w:tcW w:w="2494" w:type="dxa"/>
            <w:vAlign w:val="center"/>
          </w:tcPr>
          <w:p w14:paraId="1CF41DC4" w14:textId="77777777" w:rsidR="00F93E65" w:rsidRPr="00F93E65" w:rsidRDefault="00F93E65" w:rsidP="00F93E65">
            <w:pPr>
              <w:rPr>
                <w:szCs w:val="24"/>
                <w:lang w:eastAsia="zh-TW"/>
              </w:rPr>
            </w:pPr>
            <w:r w:rsidRPr="00F93E65">
              <w:rPr>
                <w:szCs w:val="24"/>
                <w:lang w:eastAsia="zh-TW"/>
              </w:rPr>
              <w:t xml:space="preserve">落地應用：AI </w:t>
            </w:r>
            <w:proofErr w:type="gramStart"/>
            <w:r w:rsidRPr="00F93E65">
              <w:rPr>
                <w:szCs w:val="24"/>
                <w:lang w:eastAsia="zh-TW"/>
              </w:rPr>
              <w:t>賦能地</w:t>
            </w:r>
            <w:proofErr w:type="gramEnd"/>
            <w:r w:rsidRPr="00F93E65">
              <w:rPr>
                <w:szCs w:val="24"/>
                <w:lang w:eastAsia="zh-TW"/>
              </w:rPr>
              <w:t>方創生與永續實戰</w:t>
            </w:r>
          </w:p>
        </w:tc>
        <w:tc>
          <w:tcPr>
            <w:tcW w:w="2495" w:type="dxa"/>
            <w:vAlign w:val="center"/>
          </w:tcPr>
          <w:p w14:paraId="5C269948" w14:textId="5173B5AB" w:rsidR="00F93E65" w:rsidRPr="006D0928" w:rsidRDefault="006D0928" w:rsidP="006D0928">
            <w:pPr>
              <w:jc w:val="center"/>
              <w:rPr>
                <w:szCs w:val="24"/>
                <w:lang w:eastAsia="zh-TW"/>
              </w:rPr>
            </w:pPr>
            <w:proofErr w:type="spellStart"/>
            <w:r>
              <w:t>AI辨識與風扇控制</w:t>
            </w:r>
            <w:proofErr w:type="spellEnd"/>
          </w:p>
        </w:tc>
      </w:tr>
      <w:tr w:rsidR="00F93E65" w:rsidRPr="00F93E65" w14:paraId="1B91A332" w14:textId="77777777" w:rsidTr="00F93E65">
        <w:trPr>
          <w:trHeight w:val="563"/>
        </w:trPr>
        <w:tc>
          <w:tcPr>
            <w:tcW w:w="879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51901FD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6</w:t>
            </w:r>
          </w:p>
        </w:tc>
        <w:tc>
          <w:tcPr>
            <w:tcW w:w="10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B6E2F82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10/7</w:t>
            </w:r>
          </w:p>
        </w:tc>
        <w:tc>
          <w:tcPr>
            <w:tcW w:w="1191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D217DF2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hint="eastAsia"/>
                <w:szCs w:val="24"/>
                <w:lang w:eastAsia="zh-TW"/>
              </w:rPr>
              <w:t>微課程</w:t>
            </w:r>
          </w:p>
        </w:tc>
        <w:tc>
          <w:tcPr>
            <w:tcW w:w="24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8E98015" w14:textId="77777777" w:rsidR="00F93E65" w:rsidRPr="00F93E65" w:rsidRDefault="00F93E65" w:rsidP="00F93E65">
            <w:pPr>
              <w:jc w:val="both"/>
              <w:rPr>
                <w:szCs w:val="24"/>
                <w:lang w:eastAsia="zh-TW"/>
              </w:rPr>
            </w:pPr>
            <w:r w:rsidRPr="00F93E65">
              <w:rPr>
                <w:szCs w:val="24"/>
                <w:lang w:eastAsia="zh-TW"/>
              </w:rPr>
              <w:t>微課程 成果發表會</w:t>
            </w:r>
          </w:p>
        </w:tc>
        <w:tc>
          <w:tcPr>
            <w:tcW w:w="2494" w:type="dxa"/>
            <w:vAlign w:val="center"/>
          </w:tcPr>
          <w:p w14:paraId="30E3974C" w14:textId="77777777" w:rsidR="00F93E65" w:rsidRPr="00F93E65" w:rsidRDefault="00F93E65" w:rsidP="00F93E65">
            <w:pPr>
              <w:rPr>
                <w:szCs w:val="24"/>
                <w:lang w:eastAsia="zh-TW"/>
              </w:rPr>
            </w:pPr>
            <w:r w:rsidRPr="00F93E65">
              <w:rPr>
                <w:rFonts w:hint="eastAsia"/>
                <w:szCs w:val="24"/>
                <w:lang w:eastAsia="zh-TW"/>
              </w:rPr>
              <w:t>流量實戰：社群作品發表工作坊</w:t>
            </w:r>
          </w:p>
        </w:tc>
        <w:tc>
          <w:tcPr>
            <w:tcW w:w="2495" w:type="dxa"/>
            <w:vAlign w:val="center"/>
          </w:tcPr>
          <w:p w14:paraId="26300737" w14:textId="2F460499" w:rsidR="00F93E65" w:rsidRPr="006D0928" w:rsidRDefault="006D0928" w:rsidP="006D0928">
            <w:pPr>
              <w:jc w:val="center"/>
              <w:rPr>
                <w:szCs w:val="24"/>
                <w:lang w:eastAsia="zh-TW"/>
              </w:rPr>
            </w:pPr>
            <w:r>
              <w:rPr>
                <w:lang w:eastAsia="zh-TW"/>
              </w:rPr>
              <w:t>智慧系統整合與成果發表</w:t>
            </w:r>
          </w:p>
        </w:tc>
      </w:tr>
      <w:tr w:rsidR="00F93E65" w:rsidRPr="00F93E65" w14:paraId="3D7D37F4" w14:textId="77777777" w:rsidTr="00F93E65">
        <w:trPr>
          <w:trHeight w:val="363"/>
        </w:trPr>
        <w:tc>
          <w:tcPr>
            <w:tcW w:w="879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3D2E8351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7</w:t>
            </w:r>
          </w:p>
        </w:tc>
        <w:tc>
          <w:tcPr>
            <w:tcW w:w="10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3C707F36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10/14</w:t>
            </w:r>
          </w:p>
        </w:tc>
        <w:tc>
          <w:tcPr>
            <w:tcW w:w="1191" w:type="dxa"/>
            <w:shd w:val="clear" w:color="auto" w:fill="F4B183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42CD0AB7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proofErr w:type="spellStart"/>
            <w:r w:rsidRPr="00F93E65">
              <w:rPr>
                <w:rFonts w:cs="標楷體"/>
                <w:color w:val="000000"/>
                <w:szCs w:val="24"/>
              </w:rPr>
              <w:t>段考</w:t>
            </w:r>
            <w:proofErr w:type="spellEnd"/>
          </w:p>
        </w:tc>
        <w:tc>
          <w:tcPr>
            <w:tcW w:w="7483" w:type="dxa"/>
            <w:gridSpan w:val="3"/>
            <w:shd w:val="clear" w:color="auto" w:fill="F4B183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4F20EEFD" w14:textId="77777777" w:rsidR="00F93E65" w:rsidRPr="00F93E65" w:rsidRDefault="00F93E65" w:rsidP="00F93E65">
            <w:pPr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 xml:space="preserve">●　</w:t>
            </w:r>
            <w:proofErr w:type="spellStart"/>
            <w:r w:rsidRPr="00F93E65">
              <w:rPr>
                <w:rFonts w:cs="標楷體"/>
                <w:color w:val="000000"/>
                <w:szCs w:val="24"/>
              </w:rPr>
              <w:t>第一次段考</w:t>
            </w:r>
            <w:proofErr w:type="spellEnd"/>
          </w:p>
        </w:tc>
      </w:tr>
      <w:tr w:rsidR="00F93E65" w:rsidRPr="00F93E65" w14:paraId="779D25FF" w14:textId="77777777" w:rsidTr="00F93E65">
        <w:trPr>
          <w:trHeight w:val="363"/>
        </w:trPr>
        <w:tc>
          <w:tcPr>
            <w:tcW w:w="879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07D84F88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8</w:t>
            </w:r>
          </w:p>
        </w:tc>
        <w:tc>
          <w:tcPr>
            <w:tcW w:w="10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06FB740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10/21</w:t>
            </w:r>
          </w:p>
        </w:tc>
        <w:tc>
          <w:tcPr>
            <w:tcW w:w="1191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8D5D77C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hint="eastAsia"/>
                <w:szCs w:val="24"/>
                <w:lang w:eastAsia="zh-TW"/>
              </w:rPr>
              <w:t>參訪</w:t>
            </w:r>
          </w:p>
        </w:tc>
        <w:tc>
          <w:tcPr>
            <w:tcW w:w="7483" w:type="dxa"/>
            <w:gridSpan w:val="3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EB88398" w14:textId="203CFDE6" w:rsidR="00F93E65" w:rsidRPr="00F93E65" w:rsidRDefault="00F93E65" w:rsidP="00F93E65">
            <w:pPr>
              <w:rPr>
                <w:szCs w:val="24"/>
                <w:lang w:eastAsia="zh-TW"/>
              </w:rPr>
            </w:pPr>
            <w:r w:rsidRPr="00F93E65">
              <w:rPr>
                <w:rFonts w:cs="標楷體"/>
                <w:color w:val="000000"/>
                <w:szCs w:val="24"/>
                <w:lang w:eastAsia="zh-TW"/>
              </w:rPr>
              <w:t xml:space="preserve">●　</w:t>
            </w:r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參訪屏東縣立美術館</w:t>
            </w:r>
            <w:r w:rsidR="00F44D9A">
              <w:rPr>
                <w:rFonts w:cs="標楷體" w:hint="eastAsia"/>
                <w:color w:val="000000"/>
                <w:szCs w:val="24"/>
                <w:lang w:eastAsia="zh-TW"/>
              </w:rPr>
              <w:t xml:space="preserve"> 同意書 遊覽車</w:t>
            </w:r>
          </w:p>
        </w:tc>
      </w:tr>
      <w:tr w:rsidR="00F93E65" w:rsidRPr="00F93E65" w14:paraId="3B46E013" w14:textId="77777777" w:rsidTr="00F93E65">
        <w:trPr>
          <w:trHeight w:val="363"/>
        </w:trPr>
        <w:tc>
          <w:tcPr>
            <w:tcW w:w="879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62C7A849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9</w:t>
            </w:r>
          </w:p>
        </w:tc>
        <w:tc>
          <w:tcPr>
            <w:tcW w:w="10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08FF414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10/28</w:t>
            </w:r>
          </w:p>
        </w:tc>
        <w:tc>
          <w:tcPr>
            <w:tcW w:w="1191" w:type="dxa"/>
            <w:shd w:val="clear" w:color="auto" w:fill="FFFFC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4D936AE6" w14:textId="77777777" w:rsidR="00F93E65" w:rsidRPr="00F93E65" w:rsidRDefault="00F93E65" w:rsidP="00F93E65">
            <w:pPr>
              <w:jc w:val="center"/>
              <w:rPr>
                <w:szCs w:val="24"/>
                <w:lang w:eastAsia="zh-TW"/>
              </w:rPr>
            </w:pPr>
            <w:r w:rsidRPr="00F93E65">
              <w:rPr>
                <w:rFonts w:hint="eastAsia"/>
                <w:szCs w:val="24"/>
                <w:lang w:eastAsia="zh-TW"/>
              </w:rPr>
              <w:t>課</w:t>
            </w:r>
            <w:proofErr w:type="gramStart"/>
            <w:r w:rsidRPr="00F93E65">
              <w:rPr>
                <w:rFonts w:hint="eastAsia"/>
                <w:szCs w:val="24"/>
                <w:lang w:eastAsia="zh-TW"/>
              </w:rPr>
              <w:t>諮</w:t>
            </w:r>
            <w:proofErr w:type="gramEnd"/>
          </w:p>
          <w:p w14:paraId="2B78C5E8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hint="eastAsia"/>
                <w:szCs w:val="24"/>
                <w:lang w:eastAsia="zh-TW"/>
              </w:rPr>
              <w:t>輔導</w:t>
            </w:r>
          </w:p>
        </w:tc>
        <w:tc>
          <w:tcPr>
            <w:tcW w:w="7483" w:type="dxa"/>
            <w:gridSpan w:val="3"/>
            <w:shd w:val="clear" w:color="auto" w:fill="FFFFC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34D32A4" w14:textId="77777777" w:rsidR="00F93E65" w:rsidRPr="00F93E65" w:rsidRDefault="00F93E65" w:rsidP="00F93E65">
            <w:pPr>
              <w:rPr>
                <w:rFonts w:cs="標楷體"/>
                <w:color w:val="000000"/>
                <w:sz w:val="22"/>
                <w:lang w:eastAsia="zh-TW"/>
              </w:rPr>
            </w:pPr>
            <w:r w:rsidRPr="00F93E65">
              <w:rPr>
                <w:rFonts w:cs="標楷體"/>
                <w:color w:val="000000"/>
                <w:szCs w:val="24"/>
                <w:lang w:eastAsia="zh-TW"/>
              </w:rPr>
              <w:t xml:space="preserve">●　</w:t>
            </w:r>
            <w:r w:rsidRPr="00F93E65">
              <w:rPr>
                <w:rFonts w:cs="標楷體" w:hint="eastAsia"/>
                <w:color w:val="000000"/>
                <w:sz w:val="22"/>
                <w:lang w:eastAsia="zh-TW"/>
              </w:rPr>
              <w:t>第6節 311班312班興趣</w:t>
            </w:r>
            <w:proofErr w:type="gramStart"/>
            <w:r w:rsidRPr="00F93E65">
              <w:rPr>
                <w:rFonts w:cs="標楷體" w:hint="eastAsia"/>
                <w:color w:val="000000"/>
                <w:sz w:val="22"/>
                <w:lang w:eastAsia="zh-TW"/>
              </w:rPr>
              <w:t>量表施測</w:t>
            </w:r>
            <w:proofErr w:type="gramEnd"/>
            <w:r w:rsidRPr="00F93E65">
              <w:rPr>
                <w:rFonts w:cs="標楷體" w:hint="eastAsia"/>
                <w:color w:val="000000"/>
                <w:sz w:val="22"/>
                <w:lang w:eastAsia="zh-TW"/>
              </w:rPr>
              <w:t>與解釋/313班學習歷程檔案說明</w:t>
            </w:r>
          </w:p>
          <w:p w14:paraId="539CA3DB" w14:textId="77777777" w:rsidR="00F93E65" w:rsidRPr="00F93E65" w:rsidRDefault="00F93E65" w:rsidP="00F93E65">
            <w:pPr>
              <w:rPr>
                <w:szCs w:val="24"/>
                <w:lang w:eastAsia="zh-TW"/>
              </w:rPr>
            </w:pPr>
            <w:r w:rsidRPr="00F93E65">
              <w:rPr>
                <w:rFonts w:cs="標楷體"/>
                <w:color w:val="000000"/>
                <w:sz w:val="22"/>
                <w:lang w:eastAsia="zh-TW"/>
              </w:rPr>
              <w:t xml:space="preserve">●　</w:t>
            </w:r>
            <w:r w:rsidRPr="00F93E65">
              <w:rPr>
                <w:rFonts w:cs="標楷體" w:hint="eastAsia"/>
                <w:color w:val="000000"/>
                <w:sz w:val="22"/>
                <w:lang w:eastAsia="zh-TW"/>
              </w:rPr>
              <w:t>第7節 311班312班學習歷程檔案說明/313班興趣</w:t>
            </w:r>
            <w:proofErr w:type="gramStart"/>
            <w:r w:rsidRPr="00F93E65">
              <w:rPr>
                <w:rFonts w:cs="標楷體" w:hint="eastAsia"/>
                <w:color w:val="000000"/>
                <w:sz w:val="22"/>
                <w:lang w:eastAsia="zh-TW"/>
              </w:rPr>
              <w:t>量表施測</w:t>
            </w:r>
            <w:proofErr w:type="gramEnd"/>
            <w:r w:rsidRPr="00F93E65">
              <w:rPr>
                <w:rFonts w:cs="標楷體" w:hint="eastAsia"/>
                <w:color w:val="000000"/>
                <w:sz w:val="22"/>
                <w:lang w:eastAsia="zh-TW"/>
              </w:rPr>
              <w:t>與解釋</w:t>
            </w:r>
          </w:p>
        </w:tc>
      </w:tr>
      <w:tr w:rsidR="00F93E65" w:rsidRPr="00F93E65" w14:paraId="4F305B56" w14:textId="77777777" w:rsidTr="00F93E65">
        <w:trPr>
          <w:trHeight w:val="363"/>
        </w:trPr>
        <w:tc>
          <w:tcPr>
            <w:tcW w:w="879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90F18BD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10</w:t>
            </w:r>
          </w:p>
        </w:tc>
        <w:tc>
          <w:tcPr>
            <w:tcW w:w="10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4334CA59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11/4</w:t>
            </w:r>
          </w:p>
        </w:tc>
        <w:tc>
          <w:tcPr>
            <w:tcW w:w="1191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B43A14E" w14:textId="77777777" w:rsidR="00F93E65" w:rsidRPr="00F93E65" w:rsidRDefault="00F93E65" w:rsidP="00F93E65">
            <w:pPr>
              <w:jc w:val="center"/>
              <w:rPr>
                <w:szCs w:val="24"/>
                <w:lang w:eastAsia="zh-TW"/>
              </w:rPr>
            </w:pPr>
            <w:r w:rsidRPr="00F93E65">
              <w:rPr>
                <w:rFonts w:hint="eastAsia"/>
                <w:szCs w:val="24"/>
                <w:lang w:eastAsia="zh-TW"/>
              </w:rPr>
              <w:t>班級</w:t>
            </w:r>
          </w:p>
        </w:tc>
        <w:tc>
          <w:tcPr>
            <w:tcW w:w="7483" w:type="dxa"/>
            <w:gridSpan w:val="3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4C901988" w14:textId="77777777" w:rsidR="00F93E65" w:rsidRPr="00F93E65" w:rsidRDefault="00F93E65" w:rsidP="00F93E65">
            <w:pPr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 xml:space="preserve">●　</w:t>
            </w:r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班級活動</w:t>
            </w:r>
          </w:p>
        </w:tc>
      </w:tr>
      <w:tr w:rsidR="00F93E65" w:rsidRPr="00F93E65" w14:paraId="0CF5317C" w14:textId="77777777" w:rsidTr="00F93E65">
        <w:trPr>
          <w:trHeight w:val="363"/>
        </w:trPr>
        <w:tc>
          <w:tcPr>
            <w:tcW w:w="879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0D2CBF6C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11</w:t>
            </w:r>
          </w:p>
        </w:tc>
        <w:tc>
          <w:tcPr>
            <w:tcW w:w="10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08B84929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11/11</w:t>
            </w:r>
          </w:p>
        </w:tc>
        <w:tc>
          <w:tcPr>
            <w:tcW w:w="1191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0DB62D8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hint="eastAsia"/>
                <w:szCs w:val="24"/>
                <w:lang w:eastAsia="zh-TW"/>
              </w:rPr>
              <w:t>活動</w:t>
            </w:r>
          </w:p>
        </w:tc>
        <w:tc>
          <w:tcPr>
            <w:tcW w:w="7483" w:type="dxa"/>
            <w:gridSpan w:val="3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B6BADBF" w14:textId="77777777" w:rsidR="00F93E65" w:rsidRPr="00F93E65" w:rsidRDefault="00F93E65" w:rsidP="00F93E65">
            <w:pPr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 xml:space="preserve">●　</w:t>
            </w:r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高</w:t>
            </w:r>
            <w:proofErr w:type="gramStart"/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中部班</w:t>
            </w:r>
            <w:proofErr w:type="gramEnd"/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際比賽</w:t>
            </w:r>
          </w:p>
        </w:tc>
      </w:tr>
      <w:tr w:rsidR="00F93E65" w:rsidRPr="00F93E65" w14:paraId="0BB77697" w14:textId="77777777" w:rsidTr="00F93E65">
        <w:trPr>
          <w:trHeight w:val="363"/>
        </w:trPr>
        <w:tc>
          <w:tcPr>
            <w:tcW w:w="879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35782542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12</w:t>
            </w:r>
          </w:p>
        </w:tc>
        <w:tc>
          <w:tcPr>
            <w:tcW w:w="10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D3A2C31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11/18</w:t>
            </w:r>
          </w:p>
        </w:tc>
        <w:tc>
          <w:tcPr>
            <w:tcW w:w="1191" w:type="dxa"/>
            <w:shd w:val="clear" w:color="auto" w:fill="FFFFFF" w:themeFill="background1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BBE3E20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hint="eastAsia"/>
                <w:szCs w:val="24"/>
                <w:lang w:eastAsia="zh-TW"/>
              </w:rPr>
              <w:t>班級</w:t>
            </w:r>
          </w:p>
        </w:tc>
        <w:tc>
          <w:tcPr>
            <w:tcW w:w="7483" w:type="dxa"/>
            <w:gridSpan w:val="3"/>
            <w:shd w:val="clear" w:color="auto" w:fill="FFFFFF" w:themeFill="background1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6C6221CC" w14:textId="77777777" w:rsidR="00F93E65" w:rsidRPr="00F93E65" w:rsidRDefault="00F93E65" w:rsidP="00F93E65">
            <w:pPr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 xml:space="preserve">●　</w:t>
            </w:r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班級活動</w:t>
            </w:r>
          </w:p>
        </w:tc>
      </w:tr>
      <w:tr w:rsidR="00F93E65" w:rsidRPr="00F93E65" w14:paraId="6EB8FA4F" w14:textId="77777777" w:rsidTr="00F93E65">
        <w:trPr>
          <w:trHeight w:val="363"/>
        </w:trPr>
        <w:tc>
          <w:tcPr>
            <w:tcW w:w="879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84D2C7D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13</w:t>
            </w:r>
          </w:p>
        </w:tc>
        <w:tc>
          <w:tcPr>
            <w:tcW w:w="10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63B082A3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11/25</w:t>
            </w:r>
          </w:p>
        </w:tc>
        <w:tc>
          <w:tcPr>
            <w:tcW w:w="1191" w:type="dxa"/>
            <w:shd w:val="clear" w:color="auto" w:fill="FABF8F" w:themeFill="accent6" w:themeFillTint="99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05908F25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proofErr w:type="spellStart"/>
            <w:r w:rsidRPr="00F93E65">
              <w:rPr>
                <w:rFonts w:cs="標楷體"/>
                <w:color w:val="000000"/>
                <w:szCs w:val="24"/>
              </w:rPr>
              <w:t>段考</w:t>
            </w:r>
            <w:proofErr w:type="spellEnd"/>
          </w:p>
        </w:tc>
        <w:tc>
          <w:tcPr>
            <w:tcW w:w="7483" w:type="dxa"/>
            <w:gridSpan w:val="3"/>
            <w:shd w:val="clear" w:color="auto" w:fill="FABF8F" w:themeFill="accent6" w:themeFillTint="99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5D02F73" w14:textId="77777777" w:rsidR="00F93E65" w:rsidRPr="00F93E65" w:rsidRDefault="00F93E65" w:rsidP="00F93E65">
            <w:pPr>
              <w:rPr>
                <w:szCs w:val="24"/>
                <w:lang w:eastAsia="zh-TW"/>
              </w:rPr>
            </w:pPr>
            <w:r w:rsidRPr="00F93E65">
              <w:rPr>
                <w:rFonts w:cs="標楷體"/>
                <w:color w:val="000000"/>
                <w:szCs w:val="24"/>
              </w:rPr>
              <w:t xml:space="preserve">●　</w:t>
            </w:r>
            <w:proofErr w:type="spellStart"/>
            <w:r w:rsidRPr="00F93E65">
              <w:rPr>
                <w:rFonts w:cs="標楷體"/>
                <w:color w:val="000000"/>
                <w:szCs w:val="24"/>
              </w:rPr>
              <w:t>第二次段考</w:t>
            </w:r>
            <w:proofErr w:type="spellEnd"/>
          </w:p>
        </w:tc>
      </w:tr>
      <w:tr w:rsidR="00F93E65" w:rsidRPr="00F93E65" w14:paraId="4B211319" w14:textId="77777777" w:rsidTr="00F93E65">
        <w:trPr>
          <w:trHeight w:val="363"/>
        </w:trPr>
        <w:tc>
          <w:tcPr>
            <w:tcW w:w="879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496796FE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14</w:t>
            </w:r>
          </w:p>
        </w:tc>
        <w:tc>
          <w:tcPr>
            <w:tcW w:w="10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6187680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12/2</w:t>
            </w:r>
          </w:p>
        </w:tc>
        <w:tc>
          <w:tcPr>
            <w:tcW w:w="1191" w:type="dxa"/>
            <w:shd w:val="clear" w:color="auto" w:fill="FFFFFF" w:themeFill="background1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386D961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hint="eastAsia"/>
                <w:szCs w:val="24"/>
                <w:lang w:eastAsia="zh-TW"/>
              </w:rPr>
              <w:t>講座</w:t>
            </w:r>
          </w:p>
        </w:tc>
        <w:tc>
          <w:tcPr>
            <w:tcW w:w="7483" w:type="dxa"/>
            <w:gridSpan w:val="3"/>
            <w:shd w:val="clear" w:color="auto" w:fill="FFFFFF" w:themeFill="background1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374E1FA7" w14:textId="77777777" w:rsidR="00F93E65" w:rsidRPr="00F93E65" w:rsidRDefault="00F93E65" w:rsidP="00F93E65">
            <w:pPr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 xml:space="preserve">●　</w:t>
            </w:r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藝術家入校分享</w:t>
            </w:r>
          </w:p>
        </w:tc>
      </w:tr>
      <w:tr w:rsidR="00F93E65" w:rsidRPr="00F93E65" w14:paraId="7600EFB7" w14:textId="77777777" w:rsidTr="00F93E65">
        <w:trPr>
          <w:trHeight w:val="363"/>
        </w:trPr>
        <w:tc>
          <w:tcPr>
            <w:tcW w:w="879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4EE68038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15</w:t>
            </w:r>
          </w:p>
        </w:tc>
        <w:tc>
          <w:tcPr>
            <w:tcW w:w="10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BD1D1E3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12/9</w:t>
            </w:r>
          </w:p>
        </w:tc>
        <w:tc>
          <w:tcPr>
            <w:tcW w:w="1191" w:type="dxa"/>
            <w:shd w:val="clear" w:color="auto" w:fill="E5DFEC" w:themeFill="accent4" w:themeFillTint="33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3B6DE0BC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hint="eastAsia"/>
                <w:szCs w:val="24"/>
                <w:lang w:eastAsia="zh-TW"/>
              </w:rPr>
              <w:t>輔導</w:t>
            </w:r>
          </w:p>
        </w:tc>
        <w:tc>
          <w:tcPr>
            <w:tcW w:w="7483" w:type="dxa"/>
            <w:gridSpan w:val="3"/>
            <w:shd w:val="clear" w:color="auto" w:fill="E5DFEC" w:themeFill="accent4" w:themeFillTint="33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01535C1A" w14:textId="77777777" w:rsidR="00F93E65" w:rsidRPr="00F93E65" w:rsidRDefault="00F93E65" w:rsidP="00F93E65">
            <w:pPr>
              <w:rPr>
                <w:szCs w:val="24"/>
                <w:lang w:eastAsia="zh-TW"/>
              </w:rPr>
            </w:pPr>
            <w:r w:rsidRPr="00F93E65">
              <w:rPr>
                <w:rFonts w:cs="標楷體"/>
                <w:color w:val="000000"/>
                <w:szCs w:val="24"/>
                <w:lang w:eastAsia="zh-TW"/>
              </w:rPr>
              <w:t xml:space="preserve">●　</w:t>
            </w:r>
            <w:r w:rsidRPr="00F93E65">
              <w:rPr>
                <w:szCs w:val="24"/>
                <w:lang w:eastAsia="zh-TW"/>
              </w:rPr>
              <w:t>職人探索實驗室</w:t>
            </w:r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：依學生興趣分組進行</w:t>
            </w:r>
          </w:p>
        </w:tc>
      </w:tr>
      <w:tr w:rsidR="00F93E65" w:rsidRPr="00F93E65" w14:paraId="167B6C79" w14:textId="77777777" w:rsidTr="00F93E65">
        <w:trPr>
          <w:trHeight w:val="363"/>
        </w:trPr>
        <w:tc>
          <w:tcPr>
            <w:tcW w:w="879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CF92802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16</w:t>
            </w:r>
          </w:p>
        </w:tc>
        <w:tc>
          <w:tcPr>
            <w:tcW w:w="10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D80A2BB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12/16</w:t>
            </w:r>
          </w:p>
        </w:tc>
        <w:tc>
          <w:tcPr>
            <w:tcW w:w="1191" w:type="dxa"/>
            <w:shd w:val="clear" w:color="auto" w:fill="FFFFFF" w:themeFill="background1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6AEF96C7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班級</w:t>
            </w:r>
          </w:p>
        </w:tc>
        <w:tc>
          <w:tcPr>
            <w:tcW w:w="7483" w:type="dxa"/>
            <w:gridSpan w:val="3"/>
            <w:shd w:val="clear" w:color="auto" w:fill="FFFFFF" w:themeFill="background1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04784F00" w14:textId="77777777" w:rsidR="00F93E65" w:rsidRPr="00F93E65" w:rsidRDefault="00F93E65" w:rsidP="00F93E65">
            <w:pPr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 xml:space="preserve">●　</w:t>
            </w:r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校慶運動籌備</w:t>
            </w:r>
          </w:p>
        </w:tc>
      </w:tr>
      <w:tr w:rsidR="00F93E65" w:rsidRPr="00F93E65" w14:paraId="0DBC5478" w14:textId="77777777" w:rsidTr="00F93E65">
        <w:trPr>
          <w:trHeight w:val="363"/>
        </w:trPr>
        <w:tc>
          <w:tcPr>
            <w:tcW w:w="879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7FD1DA6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17</w:t>
            </w:r>
          </w:p>
        </w:tc>
        <w:tc>
          <w:tcPr>
            <w:tcW w:w="10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64672BEA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12/23</w:t>
            </w:r>
          </w:p>
        </w:tc>
        <w:tc>
          <w:tcPr>
            <w:tcW w:w="1191" w:type="dxa"/>
            <w:shd w:val="clear" w:color="auto" w:fill="FFFFFF" w:themeFill="background1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650C9C34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hint="eastAsia"/>
                <w:szCs w:val="24"/>
                <w:lang w:eastAsia="zh-TW"/>
              </w:rPr>
              <w:t>講座</w:t>
            </w:r>
          </w:p>
        </w:tc>
        <w:tc>
          <w:tcPr>
            <w:tcW w:w="7483" w:type="dxa"/>
            <w:gridSpan w:val="3"/>
            <w:shd w:val="clear" w:color="auto" w:fill="FFFFFF" w:themeFill="background1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FD15BD2" w14:textId="77777777" w:rsidR="00F93E65" w:rsidRPr="00F93E65" w:rsidRDefault="00F93E65" w:rsidP="00F93E65">
            <w:pPr>
              <w:rPr>
                <w:szCs w:val="24"/>
                <w:lang w:eastAsia="zh-TW"/>
              </w:rPr>
            </w:pPr>
            <w:r w:rsidRPr="00F93E65">
              <w:rPr>
                <w:rFonts w:cs="標楷體"/>
                <w:color w:val="000000"/>
                <w:szCs w:val="24"/>
                <w:lang w:eastAsia="zh-TW"/>
              </w:rPr>
              <w:t xml:space="preserve">●　</w:t>
            </w:r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藝術家入校講座</w:t>
            </w:r>
          </w:p>
        </w:tc>
      </w:tr>
      <w:tr w:rsidR="00F93E65" w:rsidRPr="00F93E65" w14:paraId="06020860" w14:textId="77777777" w:rsidTr="00F93E65">
        <w:trPr>
          <w:trHeight w:val="363"/>
        </w:trPr>
        <w:tc>
          <w:tcPr>
            <w:tcW w:w="879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0D013685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18</w:t>
            </w:r>
          </w:p>
        </w:tc>
        <w:tc>
          <w:tcPr>
            <w:tcW w:w="10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02954544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12/30</w:t>
            </w:r>
          </w:p>
        </w:tc>
        <w:tc>
          <w:tcPr>
            <w:tcW w:w="1191" w:type="dxa"/>
            <w:shd w:val="clear" w:color="auto" w:fill="FFFFFF" w:themeFill="background1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338EF6FA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hint="eastAsia"/>
                <w:szCs w:val="24"/>
                <w:lang w:eastAsia="zh-TW"/>
              </w:rPr>
              <w:t>講座</w:t>
            </w:r>
          </w:p>
        </w:tc>
        <w:tc>
          <w:tcPr>
            <w:tcW w:w="7483" w:type="dxa"/>
            <w:gridSpan w:val="3"/>
            <w:shd w:val="clear" w:color="auto" w:fill="FFFFFF" w:themeFill="background1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0EA5B449" w14:textId="77777777" w:rsidR="00F93E65" w:rsidRPr="00F93E65" w:rsidRDefault="00F93E65" w:rsidP="00F93E65">
            <w:pPr>
              <w:rPr>
                <w:szCs w:val="24"/>
                <w:lang w:eastAsia="zh-TW"/>
              </w:rPr>
            </w:pPr>
            <w:r w:rsidRPr="00F93E65">
              <w:rPr>
                <w:rFonts w:cs="標楷體"/>
                <w:color w:val="000000"/>
                <w:szCs w:val="24"/>
                <w:lang w:eastAsia="zh-TW"/>
              </w:rPr>
              <w:t xml:space="preserve">●　</w:t>
            </w:r>
            <w:r w:rsidRPr="00F93E65">
              <w:rPr>
                <w:rFonts w:cs="標楷體" w:hint="eastAsia"/>
                <w:color w:val="000000"/>
                <w:szCs w:val="24"/>
                <w:lang w:eastAsia="zh-TW"/>
              </w:rPr>
              <w:t>藝術家入校講座</w:t>
            </w:r>
          </w:p>
        </w:tc>
      </w:tr>
      <w:tr w:rsidR="00F93E65" w:rsidRPr="00F93E65" w14:paraId="036DEE9D" w14:textId="77777777" w:rsidTr="00F93E65">
        <w:trPr>
          <w:trHeight w:val="363"/>
        </w:trPr>
        <w:tc>
          <w:tcPr>
            <w:tcW w:w="879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707F2AA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19</w:t>
            </w:r>
          </w:p>
        </w:tc>
        <w:tc>
          <w:tcPr>
            <w:tcW w:w="10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6F5288B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1/6</w:t>
            </w:r>
          </w:p>
        </w:tc>
        <w:tc>
          <w:tcPr>
            <w:tcW w:w="1191" w:type="dxa"/>
            <w:shd w:val="clear" w:color="auto" w:fill="FFFFC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6212C99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proofErr w:type="spellStart"/>
            <w:r w:rsidRPr="00F93E65">
              <w:rPr>
                <w:rFonts w:cs="標楷體"/>
                <w:color w:val="000000"/>
                <w:szCs w:val="24"/>
              </w:rPr>
              <w:t>課諮</w:t>
            </w:r>
            <w:proofErr w:type="spellEnd"/>
          </w:p>
        </w:tc>
        <w:tc>
          <w:tcPr>
            <w:tcW w:w="7483" w:type="dxa"/>
            <w:gridSpan w:val="3"/>
            <w:shd w:val="clear" w:color="auto" w:fill="FFFFCC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61B8A3BA" w14:textId="77777777" w:rsidR="00F93E65" w:rsidRPr="00F93E65" w:rsidRDefault="00F93E65" w:rsidP="00F93E65">
            <w:pPr>
              <w:rPr>
                <w:szCs w:val="24"/>
                <w:lang w:eastAsia="zh-TW"/>
              </w:rPr>
            </w:pPr>
            <w:r w:rsidRPr="00F93E65">
              <w:rPr>
                <w:rFonts w:cs="標楷體"/>
                <w:color w:val="000000"/>
                <w:szCs w:val="24"/>
                <w:lang w:eastAsia="zh-TW"/>
              </w:rPr>
              <w:t>●　學習歷程檔案平台上傳說明</w:t>
            </w:r>
          </w:p>
        </w:tc>
      </w:tr>
      <w:tr w:rsidR="00F93E65" w:rsidRPr="00F93E65" w14:paraId="0D785C76" w14:textId="77777777" w:rsidTr="00F93E65">
        <w:trPr>
          <w:trHeight w:val="363"/>
        </w:trPr>
        <w:tc>
          <w:tcPr>
            <w:tcW w:w="879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B67C0EC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20</w:t>
            </w:r>
          </w:p>
        </w:tc>
        <w:tc>
          <w:tcPr>
            <w:tcW w:w="1094" w:type="dxa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4660E6F0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>1/13</w:t>
            </w:r>
          </w:p>
        </w:tc>
        <w:tc>
          <w:tcPr>
            <w:tcW w:w="1191" w:type="dxa"/>
            <w:shd w:val="clear" w:color="auto" w:fill="F4B183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0E8870CA" w14:textId="77777777" w:rsidR="00F93E65" w:rsidRPr="00F93E65" w:rsidRDefault="00F93E65" w:rsidP="00F93E65">
            <w:pPr>
              <w:jc w:val="center"/>
              <w:rPr>
                <w:szCs w:val="24"/>
              </w:rPr>
            </w:pPr>
            <w:proofErr w:type="spellStart"/>
            <w:r w:rsidRPr="00F93E65">
              <w:rPr>
                <w:rFonts w:cs="標楷體"/>
                <w:color w:val="000000"/>
                <w:szCs w:val="24"/>
              </w:rPr>
              <w:t>段考</w:t>
            </w:r>
            <w:proofErr w:type="spellEnd"/>
          </w:p>
        </w:tc>
        <w:tc>
          <w:tcPr>
            <w:tcW w:w="7483" w:type="dxa"/>
            <w:gridSpan w:val="3"/>
            <w:shd w:val="clear" w:color="auto" w:fill="F4B183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235BA291" w14:textId="77777777" w:rsidR="00F93E65" w:rsidRPr="00F93E65" w:rsidRDefault="00F93E65" w:rsidP="00F93E65">
            <w:pPr>
              <w:rPr>
                <w:szCs w:val="24"/>
              </w:rPr>
            </w:pPr>
            <w:r w:rsidRPr="00F93E65">
              <w:rPr>
                <w:rFonts w:cs="標楷體"/>
                <w:color w:val="000000"/>
                <w:szCs w:val="24"/>
              </w:rPr>
              <w:t xml:space="preserve">●　</w:t>
            </w:r>
            <w:proofErr w:type="spellStart"/>
            <w:r w:rsidRPr="00F93E65">
              <w:rPr>
                <w:rFonts w:cs="標楷體"/>
                <w:color w:val="000000"/>
                <w:szCs w:val="24"/>
              </w:rPr>
              <w:t>第三次段考準備</w:t>
            </w:r>
            <w:proofErr w:type="spellEnd"/>
          </w:p>
        </w:tc>
      </w:tr>
    </w:tbl>
    <w:p w14:paraId="3E6DBFEF" w14:textId="214AC1B2" w:rsidR="00F93E65" w:rsidRPr="009257F3" w:rsidRDefault="009257F3" w:rsidP="009257F3">
      <w:pPr>
        <w:tabs>
          <w:tab w:val="left" w:pos="1171"/>
        </w:tabs>
        <w:jc w:val="right"/>
        <w:rPr>
          <w:sz w:val="28"/>
          <w:szCs w:val="28"/>
          <w:lang w:eastAsia="zh-TW"/>
        </w:rPr>
      </w:pPr>
      <w:r w:rsidRPr="009257F3">
        <w:rPr>
          <w:sz w:val="28"/>
          <w:szCs w:val="28"/>
          <w:lang w:eastAsia="zh-TW"/>
        </w:rPr>
        <w:tab/>
      </w:r>
      <w:proofErr w:type="spellStart"/>
      <w:r w:rsidRPr="009257F3">
        <w:rPr>
          <w:sz w:val="28"/>
          <w:szCs w:val="28"/>
        </w:rPr>
        <w:t>屏科實中教務處</w:t>
      </w:r>
      <w:proofErr w:type="spellEnd"/>
    </w:p>
    <w:sectPr w:rsidR="00F93E65" w:rsidRPr="009257F3" w:rsidSect="00034616">
      <w:pgSz w:w="11909" w:h="16834"/>
      <w:pgMar w:top="504" w:right="504" w:bottom="504" w:left="50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5BF3F" w14:textId="77777777" w:rsidR="006C3A31" w:rsidRDefault="006C3A31" w:rsidP="00D60067">
      <w:r>
        <w:separator/>
      </w:r>
    </w:p>
  </w:endnote>
  <w:endnote w:type="continuationSeparator" w:id="0">
    <w:p w14:paraId="7660DA34" w14:textId="77777777" w:rsidR="006C3A31" w:rsidRDefault="006C3A31" w:rsidP="00D6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0F2A0" w14:textId="77777777" w:rsidR="006C3A31" w:rsidRDefault="006C3A31" w:rsidP="00D60067">
      <w:r>
        <w:separator/>
      </w:r>
    </w:p>
  </w:footnote>
  <w:footnote w:type="continuationSeparator" w:id="0">
    <w:p w14:paraId="59B6994D" w14:textId="77777777" w:rsidR="006C3A31" w:rsidRDefault="006C3A31" w:rsidP="00D60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E11C84"/>
    <w:multiLevelType w:val="hybridMultilevel"/>
    <w:tmpl w:val="599047B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1413479E"/>
    <w:multiLevelType w:val="hybridMultilevel"/>
    <w:tmpl w:val="7944C6B8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1" w15:restartNumberingAfterBreak="0">
    <w:nsid w:val="376B47A7"/>
    <w:multiLevelType w:val="hybridMultilevel"/>
    <w:tmpl w:val="1ECCEF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AE7138B"/>
    <w:multiLevelType w:val="hybridMultilevel"/>
    <w:tmpl w:val="7EC613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3177BB2"/>
    <w:multiLevelType w:val="multilevel"/>
    <w:tmpl w:val="82FE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3"/>
  </w:num>
  <w:num w:numId="12">
    <w:abstractNumId w:val="9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CA7"/>
    <w:rsid w:val="0006063C"/>
    <w:rsid w:val="000B7ADD"/>
    <w:rsid w:val="000E7D95"/>
    <w:rsid w:val="0015074B"/>
    <w:rsid w:val="0015702F"/>
    <w:rsid w:val="001A5FF4"/>
    <w:rsid w:val="002949EE"/>
    <w:rsid w:val="0029639D"/>
    <w:rsid w:val="002B49F2"/>
    <w:rsid w:val="00326F90"/>
    <w:rsid w:val="00351C7A"/>
    <w:rsid w:val="00372E8C"/>
    <w:rsid w:val="003E7662"/>
    <w:rsid w:val="004B59D6"/>
    <w:rsid w:val="0054386E"/>
    <w:rsid w:val="005551C0"/>
    <w:rsid w:val="0059686C"/>
    <w:rsid w:val="005A7ED6"/>
    <w:rsid w:val="005C1716"/>
    <w:rsid w:val="006142DF"/>
    <w:rsid w:val="00695091"/>
    <w:rsid w:val="006A26F8"/>
    <w:rsid w:val="006A3FEA"/>
    <w:rsid w:val="006C3A31"/>
    <w:rsid w:val="006D0928"/>
    <w:rsid w:val="007D6449"/>
    <w:rsid w:val="00904724"/>
    <w:rsid w:val="0092171F"/>
    <w:rsid w:val="009257F3"/>
    <w:rsid w:val="009365CB"/>
    <w:rsid w:val="009E708C"/>
    <w:rsid w:val="00A36A58"/>
    <w:rsid w:val="00AA1D8D"/>
    <w:rsid w:val="00B16392"/>
    <w:rsid w:val="00B455CE"/>
    <w:rsid w:val="00B47730"/>
    <w:rsid w:val="00BE27F2"/>
    <w:rsid w:val="00C8076F"/>
    <w:rsid w:val="00CB0664"/>
    <w:rsid w:val="00D60067"/>
    <w:rsid w:val="00D91DFF"/>
    <w:rsid w:val="00DB743C"/>
    <w:rsid w:val="00DC3D8E"/>
    <w:rsid w:val="00E33721"/>
    <w:rsid w:val="00E54DE8"/>
    <w:rsid w:val="00E62AC7"/>
    <w:rsid w:val="00E8251F"/>
    <w:rsid w:val="00EB7FAA"/>
    <w:rsid w:val="00EC498E"/>
    <w:rsid w:val="00EE37D1"/>
    <w:rsid w:val="00F44D9A"/>
    <w:rsid w:val="00F45AA3"/>
    <w:rsid w:val="00F93E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916B9A"/>
  <w14:defaultImageDpi w14:val="300"/>
  <w15:docId w15:val="{E25491A7-F865-40FC-AB8E-59797827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標楷體" w:eastAsia="標楷體" w:hAnsi="標楷體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Web">
    <w:name w:val="Normal (Web)"/>
    <w:basedOn w:val="a1"/>
    <w:uiPriority w:val="99"/>
    <w:semiHidden/>
    <w:unhideWhenUsed/>
    <w:rsid w:val="006142DF"/>
    <w:pPr>
      <w:spacing w:before="100" w:beforeAutospacing="1" w:after="100" w:afterAutospacing="1"/>
    </w:pPr>
    <w:rPr>
      <w:rFonts w:ascii="新細明體" w:eastAsia="新細明體" w:hAnsi="新細明體" w:cs="新細明體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9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清豪 呂</cp:lastModifiedBy>
  <cp:revision>17</cp:revision>
  <dcterms:created xsi:type="dcterms:W3CDTF">2026-08-20T01:10:00Z</dcterms:created>
  <dcterms:modified xsi:type="dcterms:W3CDTF">2026-08-28T02:47:00Z</dcterms:modified>
  <cp:category/>
</cp:coreProperties>
</file>